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311BEE" w14:textId="33EEC192" w:rsidR="0006036C" w:rsidRDefault="006E1342">
      <w:pPr>
        <w:wordWrap w:val="0"/>
        <w:autoSpaceDE w:val="0"/>
        <w:autoSpaceDN w:val="0"/>
        <w:spacing w:after="215" w:line="14" w:lineRule="exact"/>
      </w:pPr>
      <w:r>
        <w:rPr>
          <w:noProof/>
        </w:rPr>
        <w:drawing>
          <wp:anchor distT="0" distB="0" distL="0" distR="0" simplePos="0" relativeHeight="251652608" behindDoc="1" locked="0" layoutInCell="1" allowOverlap="1" wp14:anchorId="3F281F99" wp14:editId="233EBF3F">
            <wp:simplePos x="0" y="0"/>
            <wp:positionH relativeFrom="page">
              <wp:posOffset>6096000</wp:posOffset>
            </wp:positionH>
            <wp:positionV relativeFrom="page">
              <wp:posOffset>206058</wp:posOffset>
            </wp:positionV>
            <wp:extent cx="721360" cy="850900"/>
            <wp:effectExtent l="0" t="0" r="254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136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4656" behindDoc="1" locked="0" layoutInCell="1" allowOverlap="1" wp14:anchorId="13603FA3" wp14:editId="3E628E53">
            <wp:simplePos x="0" y="0"/>
            <wp:positionH relativeFrom="page">
              <wp:posOffset>5481637</wp:posOffset>
            </wp:positionH>
            <wp:positionV relativeFrom="page">
              <wp:posOffset>1531425</wp:posOffset>
            </wp:positionV>
            <wp:extent cx="1209040" cy="127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0904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5680" behindDoc="1" locked="0" layoutInCell="1" allowOverlap="1" wp14:anchorId="4356EC4C" wp14:editId="65FADE6A">
            <wp:simplePos x="0" y="0"/>
            <wp:positionH relativeFrom="page">
              <wp:posOffset>6681025</wp:posOffset>
            </wp:positionH>
            <wp:positionV relativeFrom="page">
              <wp:posOffset>1531425</wp:posOffset>
            </wp:positionV>
            <wp:extent cx="12700" cy="144843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448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6704" behindDoc="1" locked="0" layoutInCell="1" allowOverlap="1" wp14:anchorId="2C2D7A2D" wp14:editId="643387A9">
            <wp:simplePos x="0" y="0"/>
            <wp:positionH relativeFrom="page">
              <wp:posOffset>5481637</wp:posOffset>
            </wp:positionH>
            <wp:positionV relativeFrom="page">
              <wp:posOffset>2970080</wp:posOffset>
            </wp:positionV>
            <wp:extent cx="1209040" cy="127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0904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1824" behindDoc="1" locked="0" layoutInCell="1" allowOverlap="1" wp14:anchorId="1D75BF91" wp14:editId="259384CF">
            <wp:simplePos x="0" y="0"/>
            <wp:positionH relativeFrom="page">
              <wp:posOffset>5481637</wp:posOffset>
            </wp:positionH>
            <wp:positionV relativeFrom="page">
              <wp:posOffset>1531425</wp:posOffset>
            </wp:positionV>
            <wp:extent cx="10160" cy="144843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160" cy="1448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096DE6" w14:textId="6304AF11" w:rsidR="0006036C" w:rsidRPr="00C52B7B" w:rsidRDefault="006E1342" w:rsidP="006E1342">
      <w:pPr>
        <w:wordWrap w:val="0"/>
        <w:autoSpaceDE w:val="0"/>
        <w:autoSpaceDN w:val="0"/>
        <w:spacing w:after="0" w:line="401" w:lineRule="exact"/>
        <w:ind w:left="1648"/>
        <w:rPr>
          <w:sz w:val="32"/>
          <w:szCs w:val="32"/>
        </w:rPr>
      </w:pPr>
      <w:r>
        <w:rPr>
          <w:rFonts w:ascii="TT41o00" w:eastAsia="TT41o00" w:hAnsi="TT41o00"/>
          <w:color w:val="000000"/>
          <w:sz w:val="36"/>
          <w:szCs w:val="36"/>
        </w:rPr>
        <w:t xml:space="preserve">         </w:t>
      </w:r>
      <w:r w:rsidRPr="00C52B7B">
        <w:rPr>
          <w:rFonts w:ascii="TT41o00" w:eastAsia="TT41o00" w:hAnsi="TT41o00"/>
          <w:color w:val="000000"/>
          <w:sz w:val="32"/>
          <w:szCs w:val="32"/>
        </w:rPr>
        <w:t>Sarawak</w:t>
      </w:r>
      <w:r w:rsidRPr="00C52B7B">
        <w:rPr>
          <w:rFonts w:ascii="Times New Roman" w:eastAsia="Times New Roman" w:hAnsi="Times New Roman"/>
          <w:color w:val="000000"/>
          <w:spacing w:val="1"/>
          <w:sz w:val="32"/>
          <w:szCs w:val="32"/>
        </w:rPr>
        <w:t xml:space="preserve"> </w:t>
      </w:r>
      <w:r w:rsidRPr="00C52B7B">
        <w:rPr>
          <w:rFonts w:ascii="TT41o00" w:eastAsia="TT41o00" w:hAnsi="TT41o00"/>
          <w:color w:val="000000"/>
          <w:sz w:val="32"/>
          <w:szCs w:val="32"/>
        </w:rPr>
        <w:t>Biodiversity</w:t>
      </w:r>
      <w:r w:rsidRPr="00C52B7B">
        <w:rPr>
          <w:rFonts w:ascii="Times New Roman" w:eastAsia="Times New Roman" w:hAnsi="Times New Roman"/>
          <w:color w:val="000000"/>
          <w:spacing w:val="1"/>
          <w:sz w:val="32"/>
          <w:szCs w:val="32"/>
        </w:rPr>
        <w:t xml:space="preserve"> </w:t>
      </w:r>
      <w:r w:rsidRPr="00C52B7B">
        <w:rPr>
          <w:rFonts w:ascii="TT41o00" w:eastAsia="TT41o00" w:hAnsi="TT41o00"/>
          <w:color w:val="000000"/>
          <w:sz w:val="32"/>
          <w:szCs w:val="32"/>
        </w:rPr>
        <w:t>Centre</w:t>
      </w:r>
    </w:p>
    <w:p w14:paraId="20C9F4BC" w14:textId="07E4E154" w:rsidR="0006036C" w:rsidRPr="00C52B7B" w:rsidRDefault="006E1342" w:rsidP="006E1342">
      <w:pPr>
        <w:wordWrap w:val="0"/>
        <w:autoSpaceDE w:val="0"/>
        <w:autoSpaceDN w:val="0"/>
        <w:spacing w:before="50" w:after="189" w:line="281" w:lineRule="exact"/>
        <w:rPr>
          <w:sz w:val="28"/>
          <w:szCs w:val="28"/>
        </w:rPr>
      </w:pPr>
      <w:r>
        <w:rPr>
          <w:noProof/>
        </w:rPr>
        <w:drawing>
          <wp:anchor distT="0" distB="0" distL="0" distR="0" simplePos="0" relativeHeight="251653632" behindDoc="1" locked="0" layoutInCell="1" allowOverlap="1" wp14:anchorId="1B82B47F" wp14:editId="393B98D2">
            <wp:simplePos x="0" y="0"/>
            <wp:positionH relativeFrom="page">
              <wp:posOffset>925195</wp:posOffset>
            </wp:positionH>
            <wp:positionV relativeFrom="page">
              <wp:posOffset>902335</wp:posOffset>
            </wp:positionV>
            <wp:extent cx="5768340" cy="2032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834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color w:val="000000"/>
          <w:sz w:val="36"/>
          <w:szCs w:val="36"/>
        </w:rPr>
        <w:t xml:space="preserve">                 </w:t>
      </w:r>
      <w:r w:rsidR="00C52B7B">
        <w:rPr>
          <w:rFonts w:ascii="Times New Roman" w:eastAsia="Times New Roman" w:hAnsi="Times New Roman"/>
          <w:b/>
          <w:color w:val="000000"/>
          <w:sz w:val="36"/>
          <w:szCs w:val="36"/>
        </w:rPr>
        <w:t xml:space="preserve">     </w:t>
      </w:r>
      <w:r w:rsidRPr="00C52B7B">
        <w:rPr>
          <w:rFonts w:ascii="Times New Roman" w:eastAsia="Times New Roman" w:hAnsi="Times New Roman"/>
          <w:b/>
          <w:color w:val="000000"/>
          <w:sz w:val="28"/>
          <w:szCs w:val="28"/>
        </w:rPr>
        <w:t>Industrial Training Application Form</w:t>
      </w:r>
    </w:p>
    <w:p w14:paraId="7EBEA483" w14:textId="4BBF9C33" w:rsidR="0006036C" w:rsidRDefault="00000000">
      <w:pPr>
        <w:wordWrap w:val="0"/>
        <w:autoSpaceDE w:val="0"/>
        <w:autoSpaceDN w:val="0"/>
        <w:spacing w:before="378" w:after="16" w:line="221" w:lineRule="exact"/>
        <w:ind w:left="69"/>
      </w:pPr>
      <w:r>
        <w:rPr>
          <w:rFonts w:ascii="Arial" w:eastAsia="Arial" w:hAnsi="Arial"/>
          <w:b/>
          <w:color w:val="000000"/>
        </w:rPr>
        <w:t>1</w:t>
      </w:r>
      <w:r>
        <w:rPr>
          <w:rFonts w:ascii="Arial" w:eastAsia="Arial" w:hAnsi="Arial"/>
          <w:b/>
          <w:color w:val="000000"/>
          <w:spacing w:val="-1"/>
        </w:rPr>
        <w:t>.</w:t>
      </w:r>
      <w:r>
        <w:rPr>
          <w:rFonts w:ascii="Times New Roman" w:eastAsia="Times New Roman" w:hAnsi="Times New Roman"/>
          <w:b/>
          <w:color w:val="000000"/>
          <w:spacing w:val="123"/>
        </w:rPr>
        <w:t xml:space="preserve"> </w:t>
      </w:r>
      <w:r>
        <w:rPr>
          <w:rFonts w:ascii="Arial" w:eastAsia="Arial" w:hAnsi="Arial"/>
          <w:b/>
          <w:color w:val="000000"/>
        </w:rPr>
        <w:t>PERSONAL</w:t>
      </w:r>
      <w:r>
        <w:rPr>
          <w:rFonts w:ascii="Times New Roman" w:eastAsia="Times New Roman" w:hAnsi="Times New Roman"/>
          <w:b/>
          <w:color w:val="000000"/>
          <w:spacing w:val="7"/>
        </w:rPr>
        <w:t xml:space="preserve"> </w:t>
      </w:r>
      <w:r>
        <w:rPr>
          <w:rFonts w:ascii="Arial" w:eastAsia="Arial" w:hAnsi="Arial"/>
          <w:b/>
          <w:color w:val="000000"/>
        </w:rPr>
        <w:t>PARTICULARS</w:t>
      </w:r>
    </w:p>
    <w:p w14:paraId="72BA3C15" w14:textId="77777777" w:rsidR="0006036C" w:rsidRDefault="00000000">
      <w:pPr>
        <w:wordWrap w:val="0"/>
        <w:autoSpaceDE w:val="0"/>
        <w:autoSpaceDN w:val="0"/>
        <w:spacing w:before="32" w:after="80" w:line="221" w:lineRule="exact"/>
        <w:ind w:left="429"/>
      </w:pPr>
      <w:r>
        <w:rPr>
          <w:rFonts w:ascii="Arial" w:eastAsia="Arial" w:hAnsi="Arial"/>
          <w:color w:val="000000"/>
        </w:rPr>
        <w:t>Name</w:t>
      </w:r>
      <w:r>
        <w:rPr>
          <w:rFonts w:ascii="Arial" w:eastAsia="Arial" w:hAnsi="Arial"/>
          <w:color w:val="000000"/>
          <w:spacing w:val="-1"/>
        </w:rPr>
        <w:t>:</w:t>
      </w:r>
      <w:r>
        <w:rPr>
          <w:rFonts w:ascii="Times New Roman" w:eastAsia="Times New Roman" w:hAnsi="Times New Roman"/>
          <w:color w:val="000000"/>
          <w:spacing w:val="1817"/>
        </w:rPr>
        <w:t xml:space="preserve"> </w:t>
      </w:r>
      <w:r>
        <w:rPr>
          <w:rFonts w:ascii="Arial" w:eastAsia="Arial" w:hAnsi="Arial"/>
          <w:color w:val="000000"/>
        </w:rPr>
        <w:t>__________________________________</w:t>
      </w:r>
    </w:p>
    <w:p w14:paraId="6D9FF3A1" w14:textId="67BF60BB" w:rsidR="0006036C" w:rsidRDefault="00000000">
      <w:pPr>
        <w:wordWrap w:val="0"/>
        <w:autoSpaceDE w:val="0"/>
        <w:autoSpaceDN w:val="0"/>
        <w:spacing w:before="161" w:after="79" w:line="221" w:lineRule="exact"/>
        <w:ind w:left="429"/>
      </w:pPr>
      <w:r>
        <w:rPr>
          <w:rFonts w:ascii="Arial" w:eastAsia="Arial" w:hAnsi="Arial"/>
          <w:color w:val="000000"/>
        </w:rPr>
        <w:t>NRIC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No.:</w:t>
      </w:r>
      <w:r>
        <w:rPr>
          <w:rFonts w:ascii="Times New Roman" w:eastAsia="Times New Roman" w:hAnsi="Times New Roman"/>
          <w:color w:val="000000"/>
          <w:spacing w:val="1462"/>
        </w:rPr>
        <w:t xml:space="preserve"> </w:t>
      </w:r>
      <w:r>
        <w:rPr>
          <w:rFonts w:ascii="Arial" w:eastAsia="Arial" w:hAnsi="Arial"/>
          <w:color w:val="000000"/>
        </w:rPr>
        <w:t>__________________________________</w:t>
      </w:r>
    </w:p>
    <w:p w14:paraId="2C524706" w14:textId="77777777" w:rsidR="0006036C" w:rsidRDefault="0006036C">
      <w:pPr>
        <w:wordWrap w:val="0"/>
        <w:autoSpaceDE w:val="0"/>
        <w:autoSpaceDN w:val="0"/>
        <w:spacing w:before="144" w:after="0" w:line="14" w:lineRule="exact"/>
      </w:pPr>
    </w:p>
    <w:tbl>
      <w:tblPr>
        <w:tblW w:w="0" w:type="auto"/>
        <w:tblInd w:w="429" w:type="dxa"/>
        <w:tblLayout w:type="fixed"/>
        <w:tblLook w:val="04A0" w:firstRow="1" w:lastRow="0" w:firstColumn="1" w:lastColumn="0" w:noHBand="0" w:noVBand="1"/>
      </w:tblPr>
      <w:tblGrid>
        <w:gridCol w:w="2030"/>
        <w:gridCol w:w="4900"/>
        <w:gridCol w:w="1519"/>
      </w:tblGrid>
      <w:tr w:rsidR="0006036C" w14:paraId="17567057" w14:textId="77777777">
        <w:trPr>
          <w:trHeight w:hRule="exact" w:val="221"/>
        </w:trPr>
        <w:tc>
          <w:tcPr>
            <w:tcW w:w="2030" w:type="dxa"/>
            <w:vMerge w:val="restart"/>
            <w:tcMar>
              <w:left w:w="0" w:type="dxa"/>
              <w:right w:w="0" w:type="dxa"/>
            </w:tcMar>
          </w:tcPr>
          <w:p w14:paraId="6B7B7B6E" w14:textId="77777777" w:rsidR="0006036C" w:rsidRDefault="00000000">
            <w:pPr>
              <w:wordWrap w:val="0"/>
              <w:autoSpaceDE w:val="0"/>
              <w:autoSpaceDN w:val="0"/>
              <w:spacing w:after="0" w:line="221" w:lineRule="exact"/>
            </w:pPr>
            <w:r>
              <w:rPr>
                <w:rFonts w:ascii="Arial" w:eastAsia="Arial" w:hAnsi="Arial"/>
                <w:color w:val="000000"/>
              </w:rPr>
              <w:t>Address</w:t>
            </w:r>
            <w:r>
              <w:rPr>
                <w:rFonts w:ascii="Arial" w:eastAsia="Arial" w:hAnsi="Arial"/>
                <w:color w:val="000000"/>
                <w:spacing w:val="-1"/>
              </w:rPr>
              <w:t>:</w:t>
            </w:r>
          </w:p>
        </w:tc>
        <w:tc>
          <w:tcPr>
            <w:tcW w:w="4900" w:type="dxa"/>
            <w:vMerge w:val="restart"/>
            <w:tcMar>
              <w:left w:w="0" w:type="dxa"/>
              <w:right w:w="0" w:type="dxa"/>
            </w:tcMar>
          </w:tcPr>
          <w:p w14:paraId="7B3B2B62" w14:textId="77777777" w:rsidR="0006036C" w:rsidRDefault="00000000">
            <w:pPr>
              <w:wordWrap w:val="0"/>
              <w:autoSpaceDE w:val="0"/>
              <w:autoSpaceDN w:val="0"/>
              <w:spacing w:after="0" w:line="221" w:lineRule="exact"/>
              <w:ind w:left="490"/>
            </w:pPr>
            <w:r>
              <w:rPr>
                <w:rFonts w:ascii="Arial" w:eastAsia="Arial" w:hAnsi="Arial"/>
                <w:color w:val="000000"/>
              </w:rPr>
              <w:t>__________________________________</w:t>
            </w:r>
          </w:p>
        </w:tc>
        <w:tc>
          <w:tcPr>
            <w:tcW w:w="1519" w:type="dxa"/>
            <w:tcMar>
              <w:left w:w="0" w:type="dxa"/>
              <w:right w:w="0" w:type="dxa"/>
            </w:tcMar>
          </w:tcPr>
          <w:p w14:paraId="27FC5BB1" w14:textId="55F54B78" w:rsidR="0006036C" w:rsidRDefault="00000000">
            <w:pPr>
              <w:wordWrap w:val="0"/>
              <w:autoSpaceDE w:val="0"/>
              <w:autoSpaceDN w:val="0"/>
              <w:spacing w:before="6" w:after="0" w:line="199" w:lineRule="exact"/>
              <w:ind w:left="187"/>
            </w:pPr>
            <w:r>
              <w:rPr>
                <w:rFonts w:ascii="Arial" w:eastAsia="Arial" w:hAnsi="Arial"/>
                <w:b/>
                <w:color w:val="000000"/>
                <w:sz w:val="20"/>
              </w:rPr>
              <w:t>Please</w:t>
            </w:r>
            <w:r>
              <w:rPr>
                <w:rFonts w:ascii="Times New Roman" w:eastAsia="Times New Roman" w:hAnsi="Times New Roman"/>
                <w:b/>
                <w:color w:val="000000"/>
                <w:spacing w:val="8"/>
                <w:sz w:val="20"/>
              </w:rPr>
              <w:t xml:space="preserve"> </w:t>
            </w:r>
            <w:r>
              <w:rPr>
                <w:rFonts w:ascii="Arial" w:eastAsia="Arial" w:hAnsi="Arial"/>
                <w:b/>
                <w:color w:val="000000"/>
                <w:sz w:val="20"/>
              </w:rPr>
              <w:t>attach</w:t>
            </w:r>
          </w:p>
        </w:tc>
      </w:tr>
      <w:tr w:rsidR="0006036C" w14:paraId="3529FCFE" w14:textId="77777777">
        <w:trPr>
          <w:trHeight w:hRule="exact" w:val="79"/>
        </w:trPr>
        <w:tc>
          <w:tcPr>
            <w:tcW w:w="3068" w:type="dxa"/>
            <w:vMerge/>
            <w:tcMar>
              <w:left w:w="0" w:type="dxa"/>
              <w:right w:w="0" w:type="dxa"/>
            </w:tcMar>
          </w:tcPr>
          <w:p w14:paraId="6A2087AE" w14:textId="77777777" w:rsidR="0006036C" w:rsidRDefault="0006036C"/>
        </w:tc>
        <w:tc>
          <w:tcPr>
            <w:tcW w:w="3068" w:type="dxa"/>
            <w:vMerge/>
            <w:tcMar>
              <w:left w:w="0" w:type="dxa"/>
              <w:right w:w="0" w:type="dxa"/>
            </w:tcMar>
          </w:tcPr>
          <w:p w14:paraId="7D020263" w14:textId="77777777" w:rsidR="0006036C" w:rsidRDefault="0006036C"/>
        </w:tc>
        <w:tc>
          <w:tcPr>
            <w:tcW w:w="1519" w:type="dxa"/>
            <w:vMerge w:val="restart"/>
            <w:tcMar>
              <w:left w:w="0" w:type="dxa"/>
              <w:right w:w="0" w:type="dxa"/>
            </w:tcMar>
          </w:tcPr>
          <w:p w14:paraId="51228A8C" w14:textId="77777777" w:rsidR="0006036C" w:rsidRDefault="00000000">
            <w:pPr>
              <w:wordWrap w:val="0"/>
              <w:autoSpaceDE w:val="0"/>
              <w:autoSpaceDN w:val="0"/>
              <w:spacing w:before="15" w:after="0" w:line="199" w:lineRule="exact"/>
              <w:ind w:left="369"/>
            </w:pPr>
            <w:r>
              <w:rPr>
                <w:rFonts w:ascii="Arial" w:eastAsia="Arial" w:hAnsi="Arial"/>
                <w:b/>
                <w:color w:val="000000"/>
                <w:sz w:val="20"/>
              </w:rPr>
              <w:t>passport-</w:t>
            </w:r>
          </w:p>
        </w:tc>
      </w:tr>
      <w:tr w:rsidR="0006036C" w14:paraId="0E7F66D5" w14:textId="77777777">
        <w:trPr>
          <w:trHeight w:hRule="exact" w:val="151"/>
        </w:trPr>
        <w:tc>
          <w:tcPr>
            <w:tcW w:w="3068" w:type="dxa"/>
            <w:vMerge/>
            <w:tcMar>
              <w:left w:w="0" w:type="dxa"/>
              <w:right w:w="0" w:type="dxa"/>
            </w:tcMar>
          </w:tcPr>
          <w:p w14:paraId="26DB77D6" w14:textId="77777777" w:rsidR="0006036C" w:rsidRDefault="0006036C"/>
        </w:tc>
        <w:tc>
          <w:tcPr>
            <w:tcW w:w="4900" w:type="dxa"/>
            <w:vMerge w:val="restart"/>
            <w:tcMar>
              <w:left w:w="0" w:type="dxa"/>
              <w:right w:w="0" w:type="dxa"/>
            </w:tcMar>
          </w:tcPr>
          <w:p w14:paraId="4C91253B" w14:textId="77777777" w:rsidR="0006036C" w:rsidRDefault="00000000">
            <w:pPr>
              <w:wordWrap w:val="0"/>
              <w:autoSpaceDE w:val="0"/>
              <w:autoSpaceDN w:val="0"/>
              <w:spacing w:before="79" w:after="0" w:line="221" w:lineRule="exact"/>
              <w:ind w:left="490"/>
            </w:pPr>
            <w:r>
              <w:rPr>
                <w:rFonts w:ascii="Arial" w:eastAsia="Arial" w:hAnsi="Arial"/>
                <w:color w:val="000000"/>
              </w:rPr>
              <w:t>__________________________________</w:t>
            </w:r>
          </w:p>
        </w:tc>
        <w:tc>
          <w:tcPr>
            <w:tcW w:w="3068" w:type="dxa"/>
            <w:vMerge/>
            <w:tcMar>
              <w:left w:w="0" w:type="dxa"/>
              <w:right w:w="0" w:type="dxa"/>
            </w:tcMar>
          </w:tcPr>
          <w:p w14:paraId="774E3620" w14:textId="77777777" w:rsidR="0006036C" w:rsidRDefault="0006036C"/>
        </w:tc>
      </w:tr>
      <w:tr w:rsidR="0006036C" w14:paraId="3898AA38" w14:textId="77777777">
        <w:trPr>
          <w:trHeight w:hRule="exact" w:val="38"/>
        </w:trPr>
        <w:tc>
          <w:tcPr>
            <w:tcW w:w="3068" w:type="dxa"/>
            <w:vMerge/>
            <w:tcMar>
              <w:left w:w="0" w:type="dxa"/>
              <w:right w:w="0" w:type="dxa"/>
            </w:tcMar>
          </w:tcPr>
          <w:p w14:paraId="4898C0EF" w14:textId="77777777" w:rsidR="0006036C" w:rsidRDefault="0006036C"/>
        </w:tc>
        <w:tc>
          <w:tcPr>
            <w:tcW w:w="3068" w:type="dxa"/>
            <w:vMerge/>
            <w:tcMar>
              <w:left w:w="0" w:type="dxa"/>
              <w:right w:w="0" w:type="dxa"/>
            </w:tcMar>
          </w:tcPr>
          <w:p w14:paraId="272E7C93" w14:textId="77777777" w:rsidR="0006036C" w:rsidRDefault="0006036C"/>
        </w:tc>
        <w:tc>
          <w:tcPr>
            <w:tcW w:w="1519" w:type="dxa"/>
            <w:vMerge w:val="restart"/>
            <w:tcMar>
              <w:left w:w="0" w:type="dxa"/>
              <w:right w:w="0" w:type="dxa"/>
            </w:tcMar>
          </w:tcPr>
          <w:p w14:paraId="3D6DCE85" w14:textId="77777777" w:rsidR="0006036C" w:rsidRDefault="00000000">
            <w:pPr>
              <w:wordWrap w:val="0"/>
              <w:autoSpaceDE w:val="0"/>
              <w:autoSpaceDN w:val="0"/>
              <w:spacing w:before="15" w:after="0" w:line="199" w:lineRule="exact"/>
              <w:ind w:left="575"/>
            </w:pPr>
            <w:r>
              <w:rPr>
                <w:rFonts w:ascii="Arial" w:eastAsia="Arial" w:hAnsi="Arial"/>
                <w:b/>
                <w:color w:val="000000"/>
                <w:sz w:val="20"/>
              </w:rPr>
              <w:t>sized</w:t>
            </w:r>
          </w:p>
        </w:tc>
      </w:tr>
      <w:tr w:rsidR="0006036C" w14:paraId="00B6F7C4" w14:textId="77777777">
        <w:trPr>
          <w:trHeight w:hRule="exact" w:val="190"/>
        </w:trPr>
        <w:tc>
          <w:tcPr>
            <w:tcW w:w="2030" w:type="dxa"/>
            <w:vMerge w:val="restart"/>
            <w:tcMar>
              <w:left w:w="0" w:type="dxa"/>
              <w:right w:w="0" w:type="dxa"/>
            </w:tcMar>
          </w:tcPr>
          <w:p w14:paraId="53C70161" w14:textId="77777777" w:rsidR="0006036C" w:rsidRDefault="00000000">
            <w:pPr>
              <w:wordWrap w:val="0"/>
              <w:autoSpaceDE w:val="0"/>
              <w:autoSpaceDN w:val="0"/>
              <w:spacing w:before="269" w:after="0" w:line="221" w:lineRule="exact"/>
            </w:pPr>
            <w:r>
              <w:rPr>
                <w:rFonts w:ascii="Arial" w:eastAsia="Arial" w:hAnsi="Arial"/>
                <w:color w:val="000000"/>
              </w:rPr>
              <w:t>Email</w:t>
            </w:r>
            <w:r>
              <w:rPr>
                <w:rFonts w:ascii="Times New Roman" w:eastAsia="Times New Roman" w:hAnsi="Times New Roman"/>
                <w:color w:val="000000"/>
                <w:spacing w:val="7"/>
              </w:rPr>
              <w:t xml:space="preserve"> </w:t>
            </w:r>
            <w:r>
              <w:rPr>
                <w:rFonts w:ascii="Arial" w:eastAsia="Arial" w:hAnsi="Arial"/>
                <w:color w:val="000000"/>
              </w:rPr>
              <w:t>Address</w:t>
            </w:r>
            <w:r>
              <w:rPr>
                <w:rFonts w:ascii="Arial" w:eastAsia="Arial" w:hAnsi="Arial"/>
                <w:color w:val="000000"/>
                <w:spacing w:val="-1"/>
              </w:rPr>
              <w:t>:</w:t>
            </w:r>
          </w:p>
        </w:tc>
        <w:tc>
          <w:tcPr>
            <w:tcW w:w="3068" w:type="dxa"/>
            <w:vMerge/>
            <w:tcMar>
              <w:left w:w="0" w:type="dxa"/>
              <w:right w:w="0" w:type="dxa"/>
            </w:tcMar>
          </w:tcPr>
          <w:p w14:paraId="148CDAAE" w14:textId="77777777" w:rsidR="0006036C" w:rsidRDefault="0006036C"/>
        </w:tc>
        <w:tc>
          <w:tcPr>
            <w:tcW w:w="3068" w:type="dxa"/>
            <w:vMerge/>
            <w:tcMar>
              <w:left w:w="0" w:type="dxa"/>
              <w:right w:w="0" w:type="dxa"/>
            </w:tcMar>
          </w:tcPr>
          <w:p w14:paraId="7AAE0306" w14:textId="77777777" w:rsidR="0006036C" w:rsidRDefault="0006036C"/>
        </w:tc>
      </w:tr>
      <w:tr w:rsidR="0006036C" w14:paraId="73858F2C" w14:textId="77777777">
        <w:trPr>
          <w:trHeight w:hRule="exact" w:val="233"/>
        </w:trPr>
        <w:tc>
          <w:tcPr>
            <w:tcW w:w="3068" w:type="dxa"/>
            <w:vMerge/>
            <w:tcMar>
              <w:left w:w="0" w:type="dxa"/>
              <w:right w:w="0" w:type="dxa"/>
            </w:tcMar>
          </w:tcPr>
          <w:p w14:paraId="064BD3FA" w14:textId="77777777" w:rsidR="0006036C" w:rsidRDefault="0006036C"/>
        </w:tc>
        <w:tc>
          <w:tcPr>
            <w:tcW w:w="4900" w:type="dxa"/>
            <w:vMerge w:val="restart"/>
            <w:tcMar>
              <w:left w:w="0" w:type="dxa"/>
              <w:right w:w="0" w:type="dxa"/>
            </w:tcMar>
          </w:tcPr>
          <w:p w14:paraId="260FD306" w14:textId="77777777" w:rsidR="0006036C" w:rsidRDefault="00000000">
            <w:pPr>
              <w:wordWrap w:val="0"/>
              <w:autoSpaceDE w:val="0"/>
              <w:autoSpaceDN w:val="0"/>
              <w:spacing w:before="78" w:after="0" w:line="221" w:lineRule="exact"/>
              <w:ind w:left="490"/>
            </w:pPr>
            <w:r>
              <w:rPr>
                <w:rFonts w:ascii="Arial" w:eastAsia="Arial" w:hAnsi="Arial"/>
                <w:color w:val="000000"/>
              </w:rPr>
              <w:t>__________________________________</w:t>
            </w:r>
          </w:p>
        </w:tc>
        <w:tc>
          <w:tcPr>
            <w:tcW w:w="1519" w:type="dxa"/>
            <w:tcMar>
              <w:left w:w="0" w:type="dxa"/>
              <w:right w:w="0" w:type="dxa"/>
            </w:tcMar>
          </w:tcPr>
          <w:p w14:paraId="481F4ACE" w14:textId="77777777" w:rsidR="0006036C" w:rsidRDefault="00000000">
            <w:pPr>
              <w:wordWrap w:val="0"/>
              <w:autoSpaceDE w:val="0"/>
              <w:autoSpaceDN w:val="0"/>
              <w:spacing w:before="15" w:after="0" w:line="199" w:lineRule="exact"/>
              <w:ind w:left="271"/>
            </w:pPr>
            <w:r>
              <w:rPr>
                <w:rFonts w:ascii="Arial" w:eastAsia="Arial" w:hAnsi="Arial"/>
                <w:b/>
                <w:color w:val="000000"/>
                <w:sz w:val="20"/>
              </w:rPr>
              <w:t>photograph</w:t>
            </w:r>
          </w:p>
        </w:tc>
      </w:tr>
      <w:tr w:rsidR="0006036C" w14:paraId="3738B97A" w14:textId="77777777">
        <w:trPr>
          <w:trHeight w:hRule="exact" w:val="218"/>
        </w:trPr>
        <w:tc>
          <w:tcPr>
            <w:tcW w:w="3068" w:type="dxa"/>
            <w:vMerge/>
            <w:tcMar>
              <w:left w:w="0" w:type="dxa"/>
              <w:right w:w="0" w:type="dxa"/>
            </w:tcMar>
          </w:tcPr>
          <w:p w14:paraId="65D27455" w14:textId="77777777" w:rsidR="0006036C" w:rsidRDefault="0006036C"/>
        </w:tc>
        <w:tc>
          <w:tcPr>
            <w:tcW w:w="3068" w:type="dxa"/>
            <w:vMerge/>
            <w:tcMar>
              <w:left w:w="0" w:type="dxa"/>
              <w:right w:w="0" w:type="dxa"/>
            </w:tcMar>
          </w:tcPr>
          <w:p w14:paraId="55C5C9B4" w14:textId="77777777" w:rsidR="0006036C" w:rsidRDefault="0006036C"/>
        </w:tc>
        <w:tc>
          <w:tcPr>
            <w:tcW w:w="1519" w:type="dxa"/>
            <w:tcMar>
              <w:left w:w="0" w:type="dxa"/>
              <w:right w:w="0" w:type="dxa"/>
            </w:tcMar>
          </w:tcPr>
          <w:p w14:paraId="1FD7DCA7" w14:textId="77777777" w:rsidR="0006036C" w:rsidRDefault="00000000">
            <w:pPr>
              <w:wordWrap w:val="0"/>
              <w:autoSpaceDE w:val="0"/>
              <w:autoSpaceDN w:val="0"/>
              <w:spacing w:before="19" w:after="0" w:line="199" w:lineRule="exact"/>
              <w:ind w:left="616"/>
            </w:pPr>
            <w:r>
              <w:rPr>
                <w:rFonts w:ascii="Arial" w:eastAsia="Arial" w:hAnsi="Arial"/>
                <w:b/>
                <w:color w:val="000000"/>
                <w:w w:val="99"/>
                <w:sz w:val="20"/>
              </w:rPr>
              <w:t>here</w:t>
            </w:r>
          </w:p>
        </w:tc>
      </w:tr>
    </w:tbl>
    <w:p w14:paraId="163049C0" w14:textId="77777777" w:rsidR="0006036C" w:rsidRDefault="00000000">
      <w:pPr>
        <w:wordWrap w:val="0"/>
        <w:autoSpaceDE w:val="0"/>
        <w:autoSpaceDN w:val="0"/>
        <w:spacing w:before="6" w:after="79" w:line="221" w:lineRule="exact"/>
        <w:ind w:left="429"/>
      </w:pPr>
      <w:r>
        <w:rPr>
          <w:rFonts w:ascii="Arial" w:eastAsia="Arial" w:hAnsi="Arial"/>
          <w:color w:val="000000"/>
          <w:w w:val="101"/>
        </w:rPr>
        <w:t>Tel</w:t>
      </w:r>
      <w:r>
        <w:rPr>
          <w:rFonts w:ascii="Arial" w:eastAsia="Arial" w:hAnsi="Arial"/>
          <w:color w:val="000000"/>
          <w:spacing w:val="-1"/>
        </w:rPr>
        <w:t>.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No</w:t>
      </w:r>
      <w:r>
        <w:rPr>
          <w:rFonts w:ascii="Arial" w:eastAsia="Arial" w:hAnsi="Arial"/>
          <w:color w:val="000000"/>
          <w:spacing w:val="-1"/>
        </w:rPr>
        <w:t>.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  <w:spacing w:val="1"/>
        </w:rPr>
        <w:t>(</w:t>
      </w:r>
      <w:r>
        <w:rPr>
          <w:rFonts w:ascii="Arial" w:eastAsia="Arial" w:hAnsi="Arial"/>
          <w:color w:val="000000"/>
        </w:rPr>
        <w:t>Home</w:t>
      </w:r>
      <w:r>
        <w:rPr>
          <w:rFonts w:ascii="Arial" w:eastAsia="Arial" w:hAnsi="Arial"/>
          <w:color w:val="000000"/>
          <w:spacing w:val="-1"/>
        </w:rPr>
        <w:t>):</w:t>
      </w:r>
      <w:r>
        <w:rPr>
          <w:rFonts w:ascii="Times New Roman" w:eastAsia="Times New Roman" w:hAnsi="Times New Roman"/>
          <w:color w:val="000000"/>
          <w:spacing w:val="840"/>
        </w:rPr>
        <w:t xml:space="preserve"> </w:t>
      </w:r>
      <w:r>
        <w:rPr>
          <w:rFonts w:ascii="Arial" w:eastAsia="Arial" w:hAnsi="Arial"/>
          <w:color w:val="000000"/>
        </w:rPr>
        <w:t>__________________________________</w:t>
      </w:r>
    </w:p>
    <w:p w14:paraId="558A08B7" w14:textId="77777777" w:rsidR="0006036C" w:rsidRDefault="00000000">
      <w:pPr>
        <w:wordWrap w:val="0"/>
        <w:autoSpaceDE w:val="0"/>
        <w:autoSpaceDN w:val="0"/>
        <w:spacing w:before="158" w:after="183" w:line="221" w:lineRule="exact"/>
        <w:ind w:left="429"/>
      </w:pPr>
      <w:r>
        <w:rPr>
          <w:rFonts w:ascii="Arial" w:eastAsia="Arial" w:hAnsi="Arial"/>
          <w:color w:val="000000"/>
          <w:w w:val="101"/>
        </w:rPr>
        <w:t>Tel</w:t>
      </w:r>
      <w:r>
        <w:rPr>
          <w:rFonts w:ascii="Arial" w:eastAsia="Arial" w:hAnsi="Arial"/>
          <w:color w:val="000000"/>
          <w:spacing w:val="-1"/>
        </w:rPr>
        <w:t>.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No</w:t>
      </w:r>
      <w:r>
        <w:rPr>
          <w:rFonts w:ascii="Arial" w:eastAsia="Arial" w:hAnsi="Arial"/>
          <w:color w:val="000000"/>
          <w:spacing w:val="-1"/>
        </w:rPr>
        <w:t>.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  <w:spacing w:val="1"/>
        </w:rPr>
        <w:t>(</w:t>
      </w:r>
      <w:r>
        <w:rPr>
          <w:rFonts w:ascii="Arial" w:eastAsia="Arial" w:hAnsi="Arial"/>
          <w:color w:val="000000"/>
          <w:w w:val="99"/>
        </w:rPr>
        <w:t>Mobile</w:t>
      </w:r>
      <w:r>
        <w:rPr>
          <w:rFonts w:ascii="Arial" w:eastAsia="Arial" w:hAnsi="Arial"/>
          <w:color w:val="000000"/>
          <w:spacing w:val="1"/>
        </w:rPr>
        <w:t>)</w:t>
      </w:r>
      <w:r>
        <w:rPr>
          <w:rFonts w:ascii="Times New Roman" w:eastAsia="Times New Roman" w:hAnsi="Times New Roman"/>
          <w:color w:val="000000"/>
          <w:spacing w:val="840"/>
        </w:rPr>
        <w:t xml:space="preserve"> </w:t>
      </w:r>
      <w:r>
        <w:rPr>
          <w:rFonts w:ascii="Arial" w:eastAsia="Arial" w:hAnsi="Arial"/>
          <w:color w:val="000000"/>
        </w:rPr>
        <w:t>__________________________________</w:t>
      </w:r>
    </w:p>
    <w:p w14:paraId="2B7D36A3" w14:textId="77777777" w:rsidR="0006036C" w:rsidRDefault="00000000">
      <w:pPr>
        <w:wordWrap w:val="0"/>
        <w:autoSpaceDE w:val="0"/>
        <w:autoSpaceDN w:val="0"/>
        <w:spacing w:before="366" w:after="16" w:line="221" w:lineRule="exact"/>
        <w:ind w:left="69"/>
      </w:pPr>
      <w:r>
        <w:rPr>
          <w:rFonts w:ascii="Arial" w:eastAsia="Arial" w:hAnsi="Arial"/>
          <w:b/>
          <w:color w:val="000000"/>
        </w:rPr>
        <w:t>2</w:t>
      </w:r>
      <w:r>
        <w:rPr>
          <w:rFonts w:ascii="Arial" w:eastAsia="Arial" w:hAnsi="Arial"/>
          <w:b/>
          <w:color w:val="000000"/>
          <w:spacing w:val="-1"/>
        </w:rPr>
        <w:t>.</w:t>
      </w:r>
      <w:r>
        <w:rPr>
          <w:rFonts w:ascii="Times New Roman" w:eastAsia="Times New Roman" w:hAnsi="Times New Roman"/>
          <w:b/>
          <w:color w:val="000000"/>
          <w:spacing w:val="123"/>
        </w:rPr>
        <w:t xml:space="preserve"> </w:t>
      </w:r>
      <w:r>
        <w:rPr>
          <w:rFonts w:ascii="Arial" w:eastAsia="Arial" w:hAnsi="Arial"/>
          <w:b/>
          <w:color w:val="000000"/>
        </w:rPr>
        <w:t>TRAINING</w:t>
      </w:r>
      <w:r>
        <w:rPr>
          <w:rFonts w:ascii="Times New Roman" w:eastAsia="Times New Roman" w:hAnsi="Times New Roman"/>
          <w:b/>
          <w:color w:val="000000"/>
          <w:spacing w:val="7"/>
        </w:rPr>
        <w:t xml:space="preserve"> </w:t>
      </w:r>
      <w:r>
        <w:rPr>
          <w:rFonts w:ascii="Arial" w:eastAsia="Arial" w:hAnsi="Arial"/>
          <w:b/>
          <w:color w:val="000000"/>
        </w:rPr>
        <w:t>DETAILS</w:t>
      </w:r>
    </w:p>
    <w:p w14:paraId="7DA5E31A" w14:textId="77777777" w:rsidR="0006036C" w:rsidRDefault="00000000">
      <w:pPr>
        <w:wordWrap w:val="0"/>
        <w:autoSpaceDE w:val="0"/>
        <w:autoSpaceDN w:val="0"/>
        <w:spacing w:before="32" w:after="79" w:line="221" w:lineRule="exact"/>
        <w:ind w:left="429"/>
      </w:pPr>
      <w:r>
        <w:rPr>
          <w:rFonts w:ascii="Arial" w:eastAsia="Arial" w:hAnsi="Arial"/>
          <w:color w:val="000000"/>
        </w:rPr>
        <w:t>Name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  <w:w w:val="99"/>
        </w:rPr>
        <w:t>of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University</w:t>
      </w:r>
      <w:r>
        <w:rPr>
          <w:rFonts w:ascii="Arial" w:eastAsia="Arial" w:hAnsi="Arial"/>
          <w:color w:val="000000"/>
          <w:spacing w:val="1"/>
        </w:rPr>
        <w:t>:</w:t>
      </w:r>
      <w:r>
        <w:rPr>
          <w:rFonts w:ascii="Times New Roman" w:eastAsia="Times New Roman" w:hAnsi="Times New Roman"/>
          <w:color w:val="000000"/>
          <w:spacing w:val="545"/>
        </w:rPr>
        <w:t xml:space="preserve"> </w:t>
      </w:r>
      <w:r>
        <w:rPr>
          <w:rFonts w:ascii="Arial" w:eastAsia="Arial" w:hAnsi="Arial"/>
          <w:color w:val="000000"/>
        </w:rPr>
        <w:t>__________________________________________________</w:t>
      </w:r>
    </w:p>
    <w:p w14:paraId="60065F1E" w14:textId="77777777" w:rsidR="0006036C" w:rsidRDefault="00000000">
      <w:pPr>
        <w:wordWrap w:val="0"/>
        <w:autoSpaceDE w:val="0"/>
        <w:autoSpaceDN w:val="0"/>
        <w:spacing w:before="158" w:after="79" w:line="221" w:lineRule="exact"/>
        <w:ind w:left="429"/>
      </w:pPr>
      <w:r>
        <w:rPr>
          <w:rFonts w:ascii="Arial" w:eastAsia="Arial" w:hAnsi="Arial"/>
          <w:color w:val="000000"/>
        </w:rPr>
        <w:t>University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Address</w:t>
      </w:r>
      <w:r>
        <w:rPr>
          <w:rFonts w:ascii="Arial" w:eastAsia="Arial" w:hAnsi="Arial"/>
          <w:color w:val="000000"/>
          <w:spacing w:val="1"/>
        </w:rPr>
        <w:t>:</w:t>
      </w:r>
      <w:r>
        <w:rPr>
          <w:rFonts w:ascii="Times New Roman" w:eastAsia="Times New Roman" w:hAnsi="Times New Roman"/>
          <w:color w:val="000000"/>
          <w:spacing w:val="569"/>
        </w:rPr>
        <w:t xml:space="preserve"> </w:t>
      </w:r>
      <w:r>
        <w:rPr>
          <w:rFonts w:ascii="Arial" w:eastAsia="Arial" w:hAnsi="Arial"/>
          <w:color w:val="000000"/>
        </w:rPr>
        <w:t>__________________________________________________</w:t>
      </w:r>
    </w:p>
    <w:p w14:paraId="6F7BF9B5" w14:textId="77777777" w:rsidR="0006036C" w:rsidRDefault="00000000">
      <w:pPr>
        <w:wordWrap w:val="0"/>
        <w:autoSpaceDE w:val="0"/>
        <w:autoSpaceDN w:val="0"/>
        <w:spacing w:before="158" w:after="79" w:line="221" w:lineRule="exact"/>
        <w:ind w:left="2949"/>
      </w:pPr>
      <w:r>
        <w:rPr>
          <w:rFonts w:ascii="Arial" w:eastAsia="Arial" w:hAnsi="Arial"/>
          <w:color w:val="000000"/>
        </w:rPr>
        <w:t>__________________________________________________</w:t>
      </w:r>
    </w:p>
    <w:p w14:paraId="02277F9B" w14:textId="77777777" w:rsidR="0006036C" w:rsidRDefault="00000000">
      <w:pPr>
        <w:wordWrap w:val="0"/>
        <w:autoSpaceDE w:val="0"/>
        <w:autoSpaceDN w:val="0"/>
        <w:spacing w:before="158" w:after="79" w:line="221" w:lineRule="exact"/>
        <w:ind w:left="429"/>
      </w:pPr>
      <w:r>
        <w:rPr>
          <w:rFonts w:ascii="Arial" w:eastAsia="Arial" w:hAnsi="Arial"/>
          <w:color w:val="000000"/>
        </w:rPr>
        <w:t>Faculty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&amp;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Programme</w:t>
      </w:r>
      <w:r>
        <w:rPr>
          <w:rFonts w:ascii="Arial" w:eastAsia="Arial" w:hAnsi="Arial"/>
          <w:color w:val="000000"/>
          <w:spacing w:val="-1"/>
        </w:rPr>
        <w:t>:</w:t>
      </w:r>
      <w:r>
        <w:rPr>
          <w:rFonts w:ascii="Times New Roman" w:eastAsia="Times New Roman" w:hAnsi="Times New Roman"/>
          <w:color w:val="000000"/>
          <w:spacing w:val="276"/>
        </w:rPr>
        <w:t xml:space="preserve"> </w:t>
      </w:r>
      <w:r>
        <w:rPr>
          <w:rFonts w:ascii="Arial" w:eastAsia="Arial" w:hAnsi="Arial"/>
          <w:color w:val="000000"/>
        </w:rPr>
        <w:t>__________________________________________________</w:t>
      </w:r>
    </w:p>
    <w:p w14:paraId="405711AF" w14:textId="77777777" w:rsidR="0006036C" w:rsidRDefault="00000000">
      <w:pPr>
        <w:wordWrap w:val="0"/>
        <w:autoSpaceDE w:val="0"/>
        <w:autoSpaceDN w:val="0"/>
        <w:spacing w:before="158" w:after="79" w:line="221" w:lineRule="exact"/>
        <w:ind w:left="429"/>
      </w:pPr>
      <w:r>
        <w:rPr>
          <w:rFonts w:ascii="Arial" w:eastAsia="Arial" w:hAnsi="Arial"/>
          <w:color w:val="000000"/>
        </w:rPr>
        <w:t>Name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  <w:w w:val="99"/>
        </w:rPr>
        <w:t>of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Co</w:t>
      </w:r>
      <w:r>
        <w:rPr>
          <w:rFonts w:ascii="Arial" w:eastAsia="Arial" w:hAnsi="Arial"/>
          <w:color w:val="000000"/>
          <w:spacing w:val="1"/>
        </w:rPr>
        <w:t>-</w:t>
      </w:r>
      <w:r>
        <w:rPr>
          <w:rFonts w:ascii="Arial" w:eastAsia="Arial" w:hAnsi="Arial"/>
          <w:color w:val="000000"/>
        </w:rPr>
        <w:t>ordinator</w:t>
      </w:r>
      <w:r>
        <w:rPr>
          <w:rFonts w:ascii="Arial" w:eastAsia="Arial" w:hAnsi="Arial"/>
          <w:color w:val="000000"/>
          <w:spacing w:val="-1"/>
        </w:rPr>
        <w:t>:</w:t>
      </w:r>
      <w:r>
        <w:rPr>
          <w:rFonts w:ascii="Times New Roman" w:eastAsia="Times New Roman" w:hAnsi="Times New Roman"/>
          <w:color w:val="000000"/>
          <w:spacing w:val="288"/>
        </w:rPr>
        <w:t xml:space="preserve"> </w:t>
      </w:r>
      <w:r>
        <w:rPr>
          <w:rFonts w:ascii="Arial" w:eastAsia="Arial" w:hAnsi="Arial"/>
          <w:color w:val="000000"/>
        </w:rPr>
        <w:t>__________________________________________________</w:t>
      </w:r>
    </w:p>
    <w:p w14:paraId="674E3F24" w14:textId="77777777" w:rsidR="0006036C" w:rsidRDefault="00000000">
      <w:pPr>
        <w:wordWrap w:val="0"/>
        <w:autoSpaceDE w:val="0"/>
        <w:autoSpaceDN w:val="0"/>
        <w:spacing w:before="158" w:after="80" w:line="221" w:lineRule="exact"/>
        <w:ind w:left="429"/>
      </w:pPr>
      <w:r>
        <w:rPr>
          <w:rFonts w:ascii="Arial" w:eastAsia="Arial" w:hAnsi="Arial"/>
          <w:color w:val="000000"/>
        </w:rPr>
        <w:t>University</w:t>
      </w:r>
      <w:r>
        <w:rPr>
          <w:rFonts w:ascii="Arial" w:eastAsia="Arial" w:hAnsi="Arial"/>
          <w:color w:val="000000"/>
          <w:spacing w:val="1"/>
        </w:rPr>
        <w:t>/</w:t>
      </w:r>
      <w:r>
        <w:rPr>
          <w:rFonts w:ascii="Arial" w:eastAsia="Arial" w:hAnsi="Arial"/>
          <w:color w:val="000000"/>
        </w:rPr>
        <w:t>Faculty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  <w:w w:val="101"/>
        </w:rPr>
        <w:t>Tel</w:t>
      </w:r>
      <w:r>
        <w:rPr>
          <w:rFonts w:ascii="Arial" w:eastAsia="Arial" w:hAnsi="Arial"/>
          <w:color w:val="000000"/>
          <w:spacing w:val="1"/>
        </w:rPr>
        <w:t>.:</w:t>
      </w:r>
      <w:r>
        <w:rPr>
          <w:rFonts w:ascii="Times New Roman" w:eastAsia="Times New Roman" w:hAnsi="Times New Roman"/>
          <w:color w:val="000000"/>
          <w:spacing w:val="238"/>
        </w:rPr>
        <w:t xml:space="preserve"> </w:t>
      </w:r>
      <w:r>
        <w:rPr>
          <w:rFonts w:ascii="Arial" w:eastAsia="Arial" w:hAnsi="Arial"/>
          <w:color w:val="000000"/>
        </w:rPr>
        <w:t>__________________________________________________</w:t>
      </w:r>
    </w:p>
    <w:p w14:paraId="3FD92D62" w14:textId="77777777" w:rsidR="0006036C" w:rsidRDefault="00000000">
      <w:pPr>
        <w:wordWrap w:val="0"/>
        <w:autoSpaceDE w:val="0"/>
        <w:autoSpaceDN w:val="0"/>
        <w:spacing w:before="161" w:after="79" w:line="221" w:lineRule="exact"/>
        <w:ind w:left="429"/>
      </w:pPr>
      <w:r>
        <w:rPr>
          <w:rFonts w:ascii="Arial" w:eastAsia="Arial" w:hAnsi="Arial"/>
          <w:color w:val="000000"/>
        </w:rPr>
        <w:t>University</w:t>
      </w:r>
      <w:r>
        <w:rPr>
          <w:rFonts w:ascii="Arial" w:eastAsia="Arial" w:hAnsi="Arial"/>
          <w:color w:val="000000"/>
          <w:spacing w:val="1"/>
        </w:rPr>
        <w:t>/</w:t>
      </w:r>
      <w:r>
        <w:rPr>
          <w:rFonts w:ascii="Arial" w:eastAsia="Arial" w:hAnsi="Arial"/>
          <w:color w:val="000000"/>
        </w:rPr>
        <w:t>Faculty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Fax</w:t>
      </w:r>
      <w:r>
        <w:rPr>
          <w:rFonts w:ascii="Arial" w:eastAsia="Arial" w:hAnsi="Arial"/>
          <w:color w:val="000000"/>
          <w:spacing w:val="1"/>
        </w:rPr>
        <w:t>:</w:t>
      </w:r>
      <w:r>
        <w:rPr>
          <w:rFonts w:ascii="Times New Roman" w:eastAsia="Times New Roman" w:hAnsi="Times New Roman"/>
          <w:color w:val="000000"/>
          <w:spacing w:val="240"/>
        </w:rPr>
        <w:t xml:space="preserve"> </w:t>
      </w:r>
      <w:r>
        <w:rPr>
          <w:rFonts w:ascii="Arial" w:eastAsia="Arial" w:hAnsi="Arial"/>
          <w:color w:val="000000"/>
        </w:rPr>
        <w:t>__________________________________________________</w:t>
      </w:r>
    </w:p>
    <w:p w14:paraId="09AED242" w14:textId="77777777" w:rsidR="0006036C" w:rsidRDefault="00000000">
      <w:pPr>
        <w:wordWrap w:val="0"/>
        <w:autoSpaceDE w:val="0"/>
        <w:autoSpaceDN w:val="0"/>
        <w:spacing w:before="158" w:after="79" w:line="221" w:lineRule="exact"/>
        <w:ind w:left="429"/>
      </w:pPr>
      <w:r>
        <w:rPr>
          <w:rFonts w:ascii="Arial" w:eastAsia="Arial" w:hAnsi="Arial"/>
          <w:color w:val="000000"/>
        </w:rPr>
        <w:t>Date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  <w:w w:val="99"/>
        </w:rPr>
        <w:t>of</w:t>
      </w:r>
      <w:r>
        <w:rPr>
          <w:rFonts w:ascii="Times New Roman" w:eastAsia="Times New Roman" w:hAnsi="Times New Roman"/>
          <w:color w:val="000000"/>
          <w:spacing w:val="5"/>
        </w:rPr>
        <w:t xml:space="preserve"> </w:t>
      </w:r>
      <w:r>
        <w:rPr>
          <w:rFonts w:ascii="Arial" w:eastAsia="Arial" w:hAnsi="Arial"/>
          <w:color w:val="000000"/>
        </w:rPr>
        <w:t>Training</w:t>
      </w:r>
      <w:r>
        <w:rPr>
          <w:rFonts w:ascii="Arial" w:eastAsia="Arial" w:hAnsi="Arial"/>
          <w:color w:val="000000"/>
          <w:spacing w:val="-1"/>
        </w:rPr>
        <w:t>:</w:t>
      </w:r>
      <w:r>
        <w:rPr>
          <w:rFonts w:ascii="Times New Roman" w:eastAsia="Times New Roman" w:hAnsi="Times New Roman"/>
          <w:color w:val="000000"/>
          <w:spacing w:val="792"/>
        </w:rPr>
        <w:t xml:space="preserve"> </w:t>
      </w:r>
      <w:r>
        <w:rPr>
          <w:rFonts w:ascii="Arial" w:eastAsia="Arial" w:hAnsi="Arial"/>
          <w:color w:val="000000"/>
        </w:rPr>
        <w:t>Start</w:t>
      </w:r>
      <w:r>
        <w:rPr>
          <w:rFonts w:ascii="Arial" w:eastAsia="Arial" w:hAnsi="Arial"/>
          <w:color w:val="000000"/>
          <w:spacing w:val="1"/>
        </w:rPr>
        <w:t>: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___________________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End</w:t>
      </w:r>
      <w:r>
        <w:rPr>
          <w:rFonts w:ascii="Arial" w:eastAsia="Arial" w:hAnsi="Arial"/>
          <w:color w:val="000000"/>
          <w:spacing w:val="-1"/>
        </w:rPr>
        <w:t>: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______________________</w:t>
      </w:r>
    </w:p>
    <w:p w14:paraId="12C4F6A9" w14:textId="77777777" w:rsidR="0006036C" w:rsidRDefault="00000000">
      <w:pPr>
        <w:wordWrap w:val="0"/>
        <w:autoSpaceDE w:val="0"/>
        <w:autoSpaceDN w:val="0"/>
        <w:spacing w:before="158" w:after="147" w:line="221" w:lineRule="exact"/>
        <w:ind w:left="429"/>
      </w:pPr>
      <w:r>
        <w:rPr>
          <w:rFonts w:ascii="Arial" w:eastAsia="Arial" w:hAnsi="Arial"/>
          <w:color w:val="000000"/>
        </w:rPr>
        <w:t>Duration</w:t>
      </w:r>
      <w:r>
        <w:rPr>
          <w:rFonts w:ascii="Arial" w:eastAsia="Arial" w:hAnsi="Arial"/>
          <w:color w:val="000000"/>
          <w:spacing w:val="-1"/>
        </w:rPr>
        <w:t>:</w:t>
      </w:r>
      <w:r>
        <w:rPr>
          <w:rFonts w:ascii="Times New Roman" w:eastAsia="Times New Roman" w:hAnsi="Times New Roman"/>
          <w:color w:val="000000"/>
          <w:spacing w:val="1572"/>
        </w:rPr>
        <w:t xml:space="preserve"> </w:t>
      </w:r>
      <w:r>
        <w:rPr>
          <w:rFonts w:ascii="Arial" w:eastAsia="Arial" w:hAnsi="Arial"/>
          <w:color w:val="000000"/>
        </w:rPr>
        <w:t>_______________</w:t>
      </w:r>
      <w:r>
        <w:rPr>
          <w:rFonts w:ascii="Times New Roman" w:eastAsia="Times New Roman" w:hAnsi="Times New Roman"/>
          <w:color w:val="000000"/>
          <w:spacing w:val="190"/>
        </w:rPr>
        <w:t xml:space="preserve"> </w:t>
      </w:r>
      <w:r>
        <w:rPr>
          <w:rFonts w:ascii="Arial" w:eastAsia="Arial" w:hAnsi="Arial"/>
          <w:color w:val="000000"/>
          <w:spacing w:val="-4"/>
        </w:rPr>
        <w:t>(</w:t>
      </w:r>
      <w:r>
        <w:rPr>
          <w:rFonts w:ascii="Arial" w:eastAsia="Arial" w:hAnsi="Arial"/>
          <w:color w:val="000000"/>
          <w:w w:val="101"/>
        </w:rPr>
        <w:t>Weeks</w:t>
      </w:r>
      <w:r>
        <w:rPr>
          <w:rFonts w:ascii="Arial" w:eastAsia="Arial" w:hAnsi="Arial"/>
          <w:color w:val="000000"/>
          <w:spacing w:val="1"/>
        </w:rPr>
        <w:t>)</w:t>
      </w:r>
    </w:p>
    <w:p w14:paraId="29376C37" w14:textId="77777777" w:rsidR="0006036C" w:rsidRDefault="00000000">
      <w:pPr>
        <w:wordWrap w:val="0"/>
        <w:autoSpaceDE w:val="0"/>
        <w:autoSpaceDN w:val="0"/>
        <w:spacing w:before="294" w:after="17" w:line="221" w:lineRule="exact"/>
        <w:ind w:left="69"/>
      </w:pPr>
      <w:r>
        <w:rPr>
          <w:rFonts w:ascii="Arial" w:eastAsia="Arial" w:hAnsi="Arial"/>
          <w:b/>
          <w:color w:val="000000"/>
        </w:rPr>
        <w:t>3</w:t>
      </w:r>
      <w:r>
        <w:rPr>
          <w:rFonts w:ascii="Arial" w:eastAsia="Arial" w:hAnsi="Arial"/>
          <w:b/>
          <w:color w:val="000000"/>
          <w:spacing w:val="-1"/>
        </w:rPr>
        <w:t>.</w:t>
      </w:r>
      <w:r>
        <w:rPr>
          <w:rFonts w:ascii="Times New Roman" w:eastAsia="Times New Roman" w:hAnsi="Times New Roman"/>
          <w:b/>
          <w:color w:val="000000"/>
          <w:spacing w:val="123"/>
        </w:rPr>
        <w:t xml:space="preserve"> </w:t>
      </w:r>
      <w:r>
        <w:rPr>
          <w:rFonts w:ascii="Arial" w:eastAsia="Arial" w:hAnsi="Arial"/>
          <w:b/>
          <w:color w:val="000000"/>
        </w:rPr>
        <w:t>CHECKLIST</w:t>
      </w:r>
    </w:p>
    <w:p w14:paraId="4E3F4402" w14:textId="5FE09DA6" w:rsidR="0006036C" w:rsidRDefault="00000000">
      <w:pPr>
        <w:wordWrap w:val="0"/>
        <w:autoSpaceDE w:val="0"/>
        <w:autoSpaceDN w:val="0"/>
        <w:spacing w:before="35" w:after="98" w:line="221" w:lineRule="exact"/>
        <w:ind w:left="429"/>
        <w:rPr>
          <w:rFonts w:ascii="Arial" w:eastAsia="Arial" w:hAnsi="Arial"/>
          <w:color w:val="000000"/>
          <w:spacing w:val="1"/>
        </w:rPr>
      </w:pPr>
      <w:r>
        <w:rPr>
          <w:rFonts w:ascii="Arial" w:eastAsia="Arial" w:hAnsi="Arial"/>
          <w:color w:val="000000"/>
        </w:rPr>
        <w:t>Please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attach</w:t>
      </w:r>
      <w:r>
        <w:rPr>
          <w:rFonts w:ascii="Times New Roman" w:eastAsia="Times New Roman" w:hAnsi="Times New Roman"/>
          <w:color w:val="000000"/>
          <w:spacing w:val="5"/>
        </w:rPr>
        <w:t xml:space="preserve"> </w:t>
      </w:r>
      <w:r>
        <w:rPr>
          <w:rFonts w:ascii="Arial" w:eastAsia="Arial" w:hAnsi="Arial"/>
          <w:color w:val="000000"/>
        </w:rPr>
        <w:t>the</w:t>
      </w:r>
      <w:r>
        <w:rPr>
          <w:rFonts w:ascii="Times New Roman" w:eastAsia="Times New Roman" w:hAnsi="Times New Roman"/>
          <w:color w:val="000000"/>
          <w:spacing w:val="5"/>
        </w:rPr>
        <w:t xml:space="preserve"> </w:t>
      </w:r>
      <w:r>
        <w:rPr>
          <w:rFonts w:ascii="Arial" w:eastAsia="Arial" w:hAnsi="Arial"/>
          <w:color w:val="000000"/>
        </w:rPr>
        <w:t>following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documents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  <w:w w:val="99"/>
        </w:rPr>
        <w:t>to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this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application</w:t>
      </w:r>
      <w:r>
        <w:rPr>
          <w:rFonts w:ascii="Times New Roman" w:eastAsia="Times New Roman" w:hAnsi="Times New Roman"/>
          <w:color w:val="000000"/>
          <w:spacing w:val="5"/>
        </w:rPr>
        <w:t xml:space="preserve"> </w:t>
      </w:r>
      <w:r>
        <w:rPr>
          <w:rFonts w:ascii="Arial" w:eastAsia="Arial" w:hAnsi="Arial"/>
          <w:color w:val="000000"/>
          <w:spacing w:val="1"/>
        </w:rPr>
        <w:t>form</w:t>
      </w:r>
      <w:r w:rsidR="00F44F30">
        <w:rPr>
          <w:rFonts w:ascii="Arial" w:eastAsia="Arial" w:hAnsi="Arial"/>
          <w:color w:val="000000"/>
          <w:spacing w:val="1"/>
        </w:rPr>
        <w:t xml:space="preserve"> </w:t>
      </w:r>
      <w:r w:rsidR="00F44F30" w:rsidRPr="00F44F30">
        <w:rPr>
          <w:rFonts w:ascii="Arial" w:eastAsia="Arial" w:hAnsi="Arial"/>
          <w:b/>
          <w:bCs/>
          <w:color w:val="000000"/>
          <w:spacing w:val="1"/>
        </w:rPr>
        <w:t>(compulsory)</w:t>
      </w:r>
      <w:r>
        <w:rPr>
          <w:rFonts w:ascii="Arial" w:eastAsia="Arial" w:hAnsi="Arial"/>
          <w:color w:val="000000"/>
          <w:spacing w:val="1"/>
        </w:rPr>
        <w:t>:</w:t>
      </w:r>
    </w:p>
    <w:tbl>
      <w:tblPr>
        <w:tblStyle w:val="TableGrid"/>
        <w:tblW w:w="9072" w:type="dxa"/>
        <w:tblInd w:w="534" w:type="dxa"/>
        <w:tblLook w:val="04A0" w:firstRow="1" w:lastRow="0" w:firstColumn="1" w:lastColumn="0" w:noHBand="0" w:noVBand="1"/>
      </w:tblPr>
      <w:tblGrid>
        <w:gridCol w:w="425"/>
        <w:gridCol w:w="8647"/>
      </w:tblGrid>
      <w:tr w:rsidR="00C52B7B" w14:paraId="41E02FF0" w14:textId="77777777" w:rsidTr="00C52B7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A0DD" w14:textId="77777777" w:rsidR="00C52B7B" w:rsidRDefault="00C52B7B">
            <w:pPr>
              <w:wordWrap w:val="0"/>
              <w:autoSpaceDE w:val="0"/>
              <w:autoSpaceDN w:val="0"/>
              <w:spacing w:before="35" w:after="98" w:line="221" w:lineRule="exact"/>
              <w:rPr>
                <w:rFonts w:ascii="Arial" w:eastAsia="Arial" w:hAnsi="Arial"/>
                <w:color w:val="000000"/>
                <w:spacing w:val="1"/>
              </w:rPr>
            </w:pPr>
          </w:p>
        </w:tc>
        <w:tc>
          <w:tcPr>
            <w:tcW w:w="86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3E08B1" w14:textId="1C521471" w:rsidR="00C52B7B" w:rsidRDefault="00C52B7B">
            <w:pPr>
              <w:wordWrap w:val="0"/>
              <w:autoSpaceDE w:val="0"/>
              <w:autoSpaceDN w:val="0"/>
              <w:spacing w:before="35" w:after="98" w:line="221" w:lineRule="exact"/>
              <w:rPr>
                <w:rFonts w:ascii="Arial" w:eastAsia="Arial" w:hAnsi="Arial"/>
                <w:color w:val="000000"/>
                <w:spacing w:val="1"/>
              </w:rPr>
            </w:pPr>
            <w:r>
              <w:rPr>
                <w:rFonts w:ascii="Arial" w:eastAsia="Arial" w:hAnsi="Arial"/>
                <w:color w:val="000000"/>
              </w:rPr>
              <w:t>Application</w:t>
            </w:r>
            <w:r>
              <w:rPr>
                <w:rFonts w:ascii="Times New Roman" w:eastAsia="Times New Roman" w:hAnsi="Times New Roman"/>
                <w:color w:val="000000"/>
                <w:spacing w:val="7"/>
              </w:rPr>
              <w:t xml:space="preserve"> </w:t>
            </w:r>
            <w:r>
              <w:rPr>
                <w:rFonts w:ascii="Arial" w:eastAsia="Arial" w:hAnsi="Arial"/>
                <w:color w:val="000000"/>
              </w:rPr>
              <w:t>Cover</w:t>
            </w:r>
            <w:r>
              <w:rPr>
                <w:rFonts w:ascii="Times New Roman" w:eastAsia="Times New Roman" w:hAnsi="Times New Roman"/>
                <w:color w:val="000000"/>
                <w:spacing w:val="7"/>
              </w:rPr>
              <w:t xml:space="preserve"> </w:t>
            </w:r>
            <w:r>
              <w:rPr>
                <w:rFonts w:ascii="Arial" w:eastAsia="Arial" w:hAnsi="Arial"/>
                <w:color w:val="000000"/>
              </w:rPr>
              <w:t>Letter</w:t>
            </w:r>
            <w:r>
              <w:rPr>
                <w:rFonts w:ascii="Times New Roman" w:eastAsia="Times New Roman" w:hAnsi="Times New Roman"/>
                <w:color w:val="000000"/>
                <w:spacing w:val="5"/>
              </w:rPr>
              <w:t xml:space="preserve"> </w:t>
            </w:r>
            <w:r>
              <w:rPr>
                <w:rFonts w:ascii="Arial" w:eastAsia="Arial" w:hAnsi="Arial"/>
                <w:color w:val="000000"/>
                <w:spacing w:val="-1"/>
              </w:rPr>
              <w:t>(</w:t>
            </w:r>
            <w:r>
              <w:rPr>
                <w:rFonts w:ascii="Arial" w:eastAsia="Arial" w:hAnsi="Arial"/>
                <w:color w:val="000000"/>
              </w:rPr>
              <w:t>from</w:t>
            </w:r>
            <w:r>
              <w:rPr>
                <w:rFonts w:ascii="Times New Roman" w:eastAsia="Times New Roman" w:hAnsi="Times New Roman"/>
                <w:color w:val="000000"/>
                <w:spacing w:val="5"/>
              </w:rPr>
              <w:t xml:space="preserve"> </w:t>
            </w:r>
            <w:r>
              <w:rPr>
                <w:rFonts w:ascii="Arial" w:eastAsia="Arial" w:hAnsi="Arial"/>
                <w:color w:val="000000"/>
              </w:rPr>
              <w:t>faculty</w:t>
            </w:r>
            <w:r>
              <w:rPr>
                <w:rFonts w:ascii="Arial" w:eastAsia="Arial" w:hAnsi="Arial"/>
                <w:color w:val="000000"/>
                <w:spacing w:val="1"/>
              </w:rPr>
              <w:t>)</w:t>
            </w:r>
          </w:p>
        </w:tc>
      </w:tr>
      <w:tr w:rsidR="00C52B7B" w14:paraId="544D92CF" w14:textId="77777777" w:rsidTr="00C52B7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E886" w14:textId="77777777" w:rsidR="00C52B7B" w:rsidRDefault="00C52B7B">
            <w:pPr>
              <w:wordWrap w:val="0"/>
              <w:autoSpaceDE w:val="0"/>
              <w:autoSpaceDN w:val="0"/>
              <w:spacing w:before="35" w:after="98" w:line="221" w:lineRule="exact"/>
              <w:rPr>
                <w:rFonts w:ascii="Arial" w:eastAsia="Arial" w:hAnsi="Arial"/>
                <w:color w:val="000000"/>
                <w:spacing w:val="1"/>
              </w:rPr>
            </w:pPr>
          </w:p>
        </w:tc>
        <w:tc>
          <w:tcPr>
            <w:tcW w:w="86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342A76" w14:textId="70761A62" w:rsidR="00C52B7B" w:rsidRDefault="00C52B7B">
            <w:pPr>
              <w:wordWrap w:val="0"/>
              <w:autoSpaceDE w:val="0"/>
              <w:autoSpaceDN w:val="0"/>
              <w:spacing w:before="35" w:after="98" w:line="221" w:lineRule="exact"/>
              <w:rPr>
                <w:rFonts w:ascii="Arial" w:eastAsia="Arial" w:hAnsi="Arial"/>
                <w:color w:val="000000"/>
                <w:spacing w:val="1"/>
              </w:rPr>
            </w:pPr>
            <w:r>
              <w:rPr>
                <w:rFonts w:ascii="Arial" w:eastAsia="Arial" w:hAnsi="Arial"/>
                <w:color w:val="000000"/>
              </w:rPr>
              <w:t>Complete</w:t>
            </w:r>
            <w:r>
              <w:rPr>
                <w:rFonts w:ascii="Times New Roman" w:eastAsia="Times New Roman" w:hAnsi="Times New Roman"/>
                <w:color w:val="000000"/>
                <w:spacing w:val="7"/>
              </w:rPr>
              <w:t xml:space="preserve"> </w:t>
            </w:r>
            <w:r>
              <w:rPr>
                <w:rFonts w:ascii="Arial" w:eastAsia="Arial" w:hAnsi="Arial"/>
                <w:color w:val="000000"/>
                <w:w w:val="99"/>
              </w:rPr>
              <w:t>list</w:t>
            </w:r>
            <w:r>
              <w:rPr>
                <w:rFonts w:ascii="Times New Roman" w:eastAsia="Times New Roman" w:hAnsi="Times New Roman"/>
                <w:color w:val="000000"/>
                <w:spacing w:val="7"/>
              </w:rPr>
              <w:t xml:space="preserve"> </w:t>
            </w:r>
            <w:r>
              <w:rPr>
                <w:rFonts w:ascii="Arial" w:eastAsia="Arial" w:hAnsi="Arial"/>
                <w:color w:val="000000"/>
                <w:w w:val="99"/>
              </w:rPr>
              <w:t>of</w:t>
            </w:r>
            <w:r>
              <w:rPr>
                <w:rFonts w:ascii="Times New Roman" w:eastAsia="Times New Roman" w:hAnsi="Times New Roman"/>
                <w:color w:val="000000"/>
                <w:spacing w:val="7"/>
              </w:rPr>
              <w:t xml:space="preserve"> </w:t>
            </w:r>
            <w:r>
              <w:rPr>
                <w:rFonts w:ascii="Arial" w:eastAsia="Arial" w:hAnsi="Arial"/>
                <w:color w:val="000000"/>
                <w:w w:val="99"/>
              </w:rPr>
              <w:t>all</w:t>
            </w:r>
            <w:r>
              <w:rPr>
                <w:rFonts w:ascii="Times New Roman" w:eastAsia="Times New Roman" w:hAnsi="Times New Roman"/>
                <w:color w:val="000000"/>
                <w:spacing w:val="7"/>
              </w:rPr>
              <w:t xml:space="preserve"> </w:t>
            </w:r>
            <w:r>
              <w:rPr>
                <w:rFonts w:ascii="Arial" w:eastAsia="Arial" w:hAnsi="Arial"/>
                <w:color w:val="000000"/>
              </w:rPr>
              <w:t>courses</w:t>
            </w:r>
            <w:r>
              <w:rPr>
                <w:rFonts w:ascii="Arial" w:eastAsia="Arial" w:hAnsi="Arial"/>
                <w:color w:val="000000"/>
                <w:spacing w:val="1"/>
              </w:rPr>
              <w:t>/</w:t>
            </w:r>
            <w:r>
              <w:rPr>
                <w:rFonts w:ascii="Arial" w:eastAsia="Arial" w:hAnsi="Arial"/>
                <w:color w:val="000000"/>
              </w:rPr>
              <w:t>subjects</w:t>
            </w:r>
            <w:r>
              <w:rPr>
                <w:rFonts w:ascii="Times New Roman" w:eastAsia="Times New Roman" w:hAnsi="Times New Roman"/>
                <w:color w:val="000000"/>
                <w:spacing w:val="7"/>
              </w:rPr>
              <w:t xml:space="preserve"> </w:t>
            </w:r>
            <w:r>
              <w:rPr>
                <w:rFonts w:ascii="Arial" w:eastAsia="Arial" w:hAnsi="Arial"/>
                <w:color w:val="000000"/>
                <w:w w:val="99"/>
              </w:rPr>
              <w:t>(all semester)</w:t>
            </w:r>
          </w:p>
        </w:tc>
      </w:tr>
      <w:tr w:rsidR="00C52B7B" w14:paraId="34DCE1DF" w14:textId="77777777" w:rsidTr="00C52B7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F3E7" w14:textId="77777777" w:rsidR="00C52B7B" w:rsidRDefault="00C52B7B">
            <w:pPr>
              <w:wordWrap w:val="0"/>
              <w:autoSpaceDE w:val="0"/>
              <w:autoSpaceDN w:val="0"/>
              <w:spacing w:before="35" w:after="98" w:line="221" w:lineRule="exact"/>
              <w:rPr>
                <w:rFonts w:ascii="Arial" w:eastAsia="Arial" w:hAnsi="Arial"/>
                <w:color w:val="000000"/>
                <w:spacing w:val="1"/>
              </w:rPr>
            </w:pPr>
          </w:p>
        </w:tc>
        <w:tc>
          <w:tcPr>
            <w:tcW w:w="86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6AC38D" w14:textId="71CD15F3" w:rsidR="00C52B7B" w:rsidRDefault="00C52B7B">
            <w:pPr>
              <w:wordWrap w:val="0"/>
              <w:autoSpaceDE w:val="0"/>
              <w:autoSpaceDN w:val="0"/>
              <w:spacing w:before="35" w:after="98" w:line="221" w:lineRule="exact"/>
              <w:rPr>
                <w:rFonts w:ascii="Arial" w:eastAsia="Arial" w:hAnsi="Arial"/>
                <w:color w:val="000000"/>
                <w:spacing w:val="1"/>
              </w:rPr>
            </w:pPr>
            <w:r>
              <w:rPr>
                <w:rFonts w:ascii="Arial" w:eastAsia="Arial" w:hAnsi="Arial"/>
                <w:color w:val="000000"/>
              </w:rPr>
              <w:t>Copy</w:t>
            </w:r>
            <w:r>
              <w:rPr>
                <w:rFonts w:ascii="Times New Roman" w:eastAsia="Times New Roman" w:hAnsi="Times New Roman"/>
                <w:color w:val="000000"/>
                <w:spacing w:val="7"/>
              </w:rPr>
              <w:t xml:space="preserve"> </w:t>
            </w:r>
            <w:r>
              <w:rPr>
                <w:rFonts w:ascii="Arial" w:eastAsia="Arial" w:hAnsi="Arial"/>
                <w:color w:val="000000"/>
                <w:w w:val="101"/>
              </w:rPr>
              <w:t>of</w:t>
            </w:r>
            <w:r>
              <w:rPr>
                <w:rFonts w:ascii="Times New Roman" w:eastAsia="Times New Roman" w:hAnsi="Times New Roman"/>
                <w:color w:val="000000"/>
                <w:spacing w:val="7"/>
              </w:rPr>
              <w:t xml:space="preserve"> </w:t>
            </w:r>
            <w:r>
              <w:rPr>
                <w:rFonts w:ascii="Arial" w:eastAsia="Arial" w:hAnsi="Arial"/>
                <w:color w:val="000000"/>
              </w:rPr>
              <w:t>Academic</w:t>
            </w:r>
            <w:r>
              <w:rPr>
                <w:rFonts w:ascii="Times New Roman" w:eastAsia="Times New Roman" w:hAnsi="Times New Roman"/>
                <w:color w:val="000000"/>
                <w:spacing w:val="5"/>
              </w:rPr>
              <w:t xml:space="preserve"> </w:t>
            </w:r>
            <w:r>
              <w:rPr>
                <w:rFonts w:ascii="Arial" w:eastAsia="Arial" w:hAnsi="Arial"/>
                <w:color w:val="000000"/>
              </w:rPr>
              <w:t>Transcript</w:t>
            </w:r>
            <w:r>
              <w:rPr>
                <w:rFonts w:ascii="Times New Roman" w:eastAsia="Times New Roman" w:hAnsi="Times New Roman"/>
                <w:b/>
                <w:color w:val="000000"/>
                <w:spacing w:val="5"/>
              </w:rPr>
              <w:t xml:space="preserve"> </w:t>
            </w:r>
            <w:r w:rsidR="002D6CAB" w:rsidRPr="002D6CAB">
              <w:rPr>
                <w:rFonts w:ascii="Arial" w:eastAsia="Arial" w:hAnsi="Arial"/>
                <w:bCs/>
                <w:color w:val="000000"/>
                <w:sz w:val="20"/>
              </w:rPr>
              <w:t>(1</w:t>
            </w:r>
            <w:r w:rsidR="002D6CAB" w:rsidRPr="002D6CAB">
              <w:rPr>
                <w:rFonts w:ascii="Arial" w:eastAsia="Arial" w:hAnsi="Arial"/>
                <w:bCs/>
                <w:color w:val="000000"/>
                <w:sz w:val="20"/>
                <w:vertAlign w:val="superscript"/>
              </w:rPr>
              <w:t>st</w:t>
            </w:r>
            <w:r w:rsidR="002D6CAB" w:rsidRPr="002D6CAB">
              <w:rPr>
                <w:rFonts w:ascii="Arial" w:eastAsia="Arial" w:hAnsi="Arial"/>
                <w:bCs/>
                <w:color w:val="000000"/>
                <w:sz w:val="20"/>
              </w:rPr>
              <w:t xml:space="preserve"> semester until to-date)</w:t>
            </w:r>
            <w:r w:rsidR="002D6CAB">
              <w:rPr>
                <w:rFonts w:ascii="Arial" w:eastAsia="Arial" w:hAnsi="Arial"/>
                <w:bCs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/>
                <w:b/>
                <w:color w:val="000000"/>
                <w:w w:val="101"/>
              </w:rPr>
              <w:t>*</w:t>
            </w:r>
            <w:r>
              <w:rPr>
                <w:rFonts w:ascii="Times New Roman" w:eastAsia="Times New Roman" w:hAnsi="Times New Roman"/>
                <w:b/>
                <w:color w:val="000000"/>
                <w:spacing w:val="12"/>
                <w:sz w:val="20"/>
              </w:rPr>
              <w:t xml:space="preserve"> </w:t>
            </w:r>
            <w:r>
              <w:rPr>
                <w:rFonts w:ascii="Arial" w:eastAsia="Arial" w:hAnsi="Arial"/>
                <w:b/>
                <w:color w:val="000000"/>
                <w:sz w:val="20"/>
              </w:rPr>
              <w:t>must</w:t>
            </w:r>
            <w:r>
              <w:rPr>
                <w:rFonts w:ascii="Times New Roman" w:eastAsia="Times New Roman" w:hAnsi="Times New Roman"/>
                <w:b/>
                <w:color w:val="000000"/>
                <w:spacing w:val="5"/>
                <w:sz w:val="20"/>
              </w:rPr>
              <w:t xml:space="preserve"> </w:t>
            </w:r>
            <w:r>
              <w:rPr>
                <w:rFonts w:ascii="Arial" w:eastAsia="Arial" w:hAnsi="Arial"/>
                <w:b/>
                <w:color w:val="000000"/>
                <w:sz w:val="20"/>
              </w:rPr>
              <w:t>be</w:t>
            </w:r>
            <w:r>
              <w:rPr>
                <w:rFonts w:ascii="Times New Roman" w:eastAsia="Times New Roman" w:hAnsi="Times New Roman"/>
                <w:b/>
                <w:color w:val="000000"/>
                <w:spacing w:val="5"/>
                <w:sz w:val="20"/>
              </w:rPr>
              <w:t xml:space="preserve"> </w:t>
            </w:r>
            <w:r>
              <w:rPr>
                <w:rFonts w:ascii="Arial" w:eastAsia="Arial" w:hAnsi="Arial"/>
                <w:b/>
                <w:color w:val="000000"/>
                <w:sz w:val="20"/>
              </w:rPr>
              <w:t>certified</w:t>
            </w:r>
            <w:r>
              <w:rPr>
                <w:rFonts w:ascii="Times New Roman" w:eastAsia="Times New Roman" w:hAnsi="Times New Roman"/>
                <w:b/>
                <w:color w:val="000000"/>
                <w:spacing w:val="5"/>
                <w:sz w:val="20"/>
              </w:rPr>
              <w:t xml:space="preserve"> </w:t>
            </w:r>
            <w:r>
              <w:rPr>
                <w:rFonts w:ascii="Arial" w:eastAsia="Arial" w:hAnsi="Arial"/>
                <w:b/>
                <w:color w:val="000000"/>
                <w:sz w:val="20"/>
              </w:rPr>
              <w:t>true</w:t>
            </w:r>
            <w:r>
              <w:rPr>
                <w:rFonts w:ascii="Times New Roman" w:eastAsia="Times New Roman" w:hAnsi="Times New Roman"/>
                <w:b/>
                <w:color w:val="000000"/>
                <w:spacing w:val="5"/>
                <w:sz w:val="20"/>
              </w:rPr>
              <w:t xml:space="preserve"> </w:t>
            </w:r>
            <w:r>
              <w:rPr>
                <w:rFonts w:ascii="Arial" w:eastAsia="Arial" w:hAnsi="Arial"/>
                <w:b/>
                <w:color w:val="000000"/>
                <w:sz w:val="20"/>
              </w:rPr>
              <w:t xml:space="preserve">copy </w:t>
            </w:r>
          </w:p>
        </w:tc>
      </w:tr>
      <w:tr w:rsidR="00C52B7B" w14:paraId="7DAFF0B1" w14:textId="77777777" w:rsidTr="00C52B7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0633" w14:textId="77777777" w:rsidR="00C52B7B" w:rsidRDefault="00C52B7B">
            <w:pPr>
              <w:wordWrap w:val="0"/>
              <w:autoSpaceDE w:val="0"/>
              <w:autoSpaceDN w:val="0"/>
              <w:spacing w:before="35" w:after="98" w:line="221" w:lineRule="exact"/>
              <w:rPr>
                <w:rFonts w:ascii="Arial" w:eastAsia="Arial" w:hAnsi="Arial"/>
                <w:color w:val="000000"/>
                <w:spacing w:val="1"/>
              </w:rPr>
            </w:pPr>
          </w:p>
        </w:tc>
        <w:tc>
          <w:tcPr>
            <w:tcW w:w="86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44925E" w14:textId="0F312A8F" w:rsidR="00C52B7B" w:rsidRDefault="00C52B7B">
            <w:pPr>
              <w:wordWrap w:val="0"/>
              <w:autoSpaceDE w:val="0"/>
              <w:autoSpaceDN w:val="0"/>
              <w:spacing w:before="35" w:after="98" w:line="221" w:lineRule="exact"/>
              <w:rPr>
                <w:rFonts w:ascii="Arial" w:eastAsia="Arial" w:hAnsi="Arial"/>
                <w:color w:val="000000"/>
                <w:spacing w:val="1"/>
              </w:rPr>
            </w:pPr>
            <w:r>
              <w:rPr>
                <w:rFonts w:ascii="Arial" w:eastAsia="Arial" w:hAnsi="Arial"/>
                <w:color w:val="000000"/>
              </w:rPr>
              <w:t>Copy</w:t>
            </w:r>
            <w:r>
              <w:rPr>
                <w:rFonts w:ascii="Times New Roman" w:eastAsia="Times New Roman" w:hAnsi="Times New Roman"/>
                <w:color w:val="000000"/>
                <w:spacing w:val="7"/>
              </w:rPr>
              <w:t xml:space="preserve"> </w:t>
            </w:r>
            <w:r>
              <w:rPr>
                <w:rFonts w:ascii="Arial" w:eastAsia="Arial" w:hAnsi="Arial"/>
                <w:color w:val="000000"/>
                <w:w w:val="101"/>
              </w:rPr>
              <w:t>of</w:t>
            </w:r>
            <w:r>
              <w:rPr>
                <w:rFonts w:ascii="Times New Roman" w:eastAsia="Times New Roman" w:hAnsi="Times New Roman"/>
                <w:color w:val="000000"/>
                <w:spacing w:val="7"/>
              </w:rPr>
              <w:t xml:space="preserve"> </w:t>
            </w:r>
            <w:r>
              <w:rPr>
                <w:rFonts w:ascii="Arial" w:eastAsia="Arial" w:hAnsi="Arial"/>
                <w:color w:val="000000"/>
              </w:rPr>
              <w:t>NRIC</w:t>
            </w:r>
            <w:r>
              <w:rPr>
                <w:rFonts w:ascii="Times New Roman" w:eastAsia="Times New Roman" w:hAnsi="Times New Roman"/>
                <w:color w:val="000000"/>
                <w:spacing w:val="5"/>
              </w:rPr>
              <w:t xml:space="preserve"> </w:t>
            </w:r>
            <w:r>
              <w:rPr>
                <w:rFonts w:ascii="Arial" w:eastAsia="Arial" w:hAnsi="Arial"/>
                <w:color w:val="000000"/>
                <w:spacing w:val="1"/>
              </w:rPr>
              <w:t>(</w:t>
            </w:r>
            <w:r>
              <w:rPr>
                <w:rFonts w:ascii="Arial" w:eastAsia="Arial" w:hAnsi="Arial"/>
                <w:color w:val="000000"/>
              </w:rPr>
              <w:t>both</w:t>
            </w:r>
            <w:r>
              <w:rPr>
                <w:rFonts w:ascii="Times New Roman" w:eastAsia="Times New Roman" w:hAnsi="Times New Roman"/>
                <w:color w:val="000000"/>
                <w:spacing w:val="7"/>
              </w:rPr>
              <w:t xml:space="preserve"> </w:t>
            </w:r>
            <w:r>
              <w:rPr>
                <w:rFonts w:ascii="Arial" w:eastAsia="Arial" w:hAnsi="Arial"/>
                <w:color w:val="000000"/>
              </w:rPr>
              <w:t>sides</w:t>
            </w:r>
            <w:r>
              <w:rPr>
                <w:rFonts w:ascii="Arial" w:eastAsia="Arial" w:hAnsi="Arial"/>
                <w:color w:val="000000"/>
                <w:spacing w:val="1"/>
              </w:rPr>
              <w:t>)</w:t>
            </w:r>
            <w:r>
              <w:rPr>
                <w:rFonts w:ascii="Times New Roman" w:eastAsia="Times New Roman" w:hAnsi="Times New Roman"/>
                <w:b/>
                <w:color w:val="000000"/>
                <w:spacing w:val="7"/>
              </w:rPr>
              <w:t xml:space="preserve"> </w:t>
            </w:r>
            <w:r>
              <w:rPr>
                <w:rFonts w:ascii="Arial" w:eastAsia="Arial" w:hAnsi="Arial"/>
                <w:b/>
                <w:color w:val="000000"/>
                <w:spacing w:val="-2"/>
              </w:rPr>
              <w:t>*</w:t>
            </w:r>
            <w:r>
              <w:rPr>
                <w:rFonts w:ascii="Times New Roman" w:eastAsia="Times New Roman" w:hAnsi="Times New Roman"/>
                <w:b/>
                <w:color w:val="000000"/>
                <w:spacing w:val="12"/>
                <w:sz w:val="20"/>
              </w:rPr>
              <w:t xml:space="preserve"> </w:t>
            </w:r>
            <w:r>
              <w:rPr>
                <w:rFonts w:ascii="Arial" w:eastAsia="Arial" w:hAnsi="Arial"/>
                <w:b/>
                <w:color w:val="000000"/>
                <w:sz w:val="20"/>
              </w:rPr>
              <w:t>must</w:t>
            </w:r>
            <w:r>
              <w:rPr>
                <w:rFonts w:ascii="Times New Roman" w:eastAsia="Times New Roman" w:hAnsi="Times New Roman"/>
                <w:b/>
                <w:color w:val="000000"/>
                <w:spacing w:val="5"/>
                <w:sz w:val="20"/>
              </w:rPr>
              <w:t xml:space="preserve"> </w:t>
            </w:r>
            <w:r>
              <w:rPr>
                <w:rFonts w:ascii="Arial" w:eastAsia="Arial" w:hAnsi="Arial"/>
                <w:b/>
                <w:color w:val="000000"/>
                <w:sz w:val="20"/>
              </w:rPr>
              <w:t>be</w:t>
            </w:r>
            <w:r>
              <w:rPr>
                <w:rFonts w:ascii="Times New Roman" w:eastAsia="Times New Roman" w:hAnsi="Times New Roman"/>
                <w:b/>
                <w:color w:val="000000"/>
                <w:spacing w:val="5"/>
                <w:sz w:val="20"/>
              </w:rPr>
              <w:t xml:space="preserve"> </w:t>
            </w:r>
            <w:r>
              <w:rPr>
                <w:rFonts w:ascii="Arial" w:eastAsia="Arial" w:hAnsi="Arial"/>
                <w:b/>
                <w:color w:val="000000"/>
                <w:sz w:val="20"/>
              </w:rPr>
              <w:t>certified</w:t>
            </w:r>
            <w:r>
              <w:rPr>
                <w:rFonts w:ascii="Times New Roman" w:eastAsia="Times New Roman" w:hAnsi="Times New Roman"/>
                <w:b/>
                <w:color w:val="000000"/>
                <w:spacing w:val="5"/>
                <w:sz w:val="20"/>
              </w:rPr>
              <w:t xml:space="preserve"> </w:t>
            </w:r>
            <w:r>
              <w:rPr>
                <w:rFonts w:ascii="Arial" w:eastAsia="Arial" w:hAnsi="Arial"/>
                <w:b/>
                <w:color w:val="000000"/>
                <w:sz w:val="20"/>
              </w:rPr>
              <w:t>true</w:t>
            </w:r>
            <w:r>
              <w:rPr>
                <w:rFonts w:ascii="Times New Roman" w:eastAsia="Times New Roman" w:hAnsi="Times New Roman"/>
                <w:b/>
                <w:color w:val="000000"/>
                <w:spacing w:val="5"/>
                <w:sz w:val="20"/>
              </w:rPr>
              <w:t xml:space="preserve"> </w:t>
            </w:r>
            <w:r>
              <w:rPr>
                <w:rFonts w:ascii="Arial" w:eastAsia="Arial" w:hAnsi="Arial"/>
                <w:b/>
                <w:color w:val="000000"/>
                <w:sz w:val="20"/>
              </w:rPr>
              <w:t>copy</w:t>
            </w:r>
          </w:p>
        </w:tc>
      </w:tr>
      <w:tr w:rsidR="00C52B7B" w14:paraId="1480AC25" w14:textId="77777777" w:rsidTr="00C52B7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C09E" w14:textId="77777777" w:rsidR="00C52B7B" w:rsidRDefault="00C52B7B">
            <w:pPr>
              <w:wordWrap w:val="0"/>
              <w:autoSpaceDE w:val="0"/>
              <w:autoSpaceDN w:val="0"/>
              <w:spacing w:before="35" w:after="98" w:line="221" w:lineRule="exact"/>
              <w:rPr>
                <w:rFonts w:ascii="Arial" w:eastAsia="Arial" w:hAnsi="Arial"/>
                <w:color w:val="000000"/>
                <w:spacing w:val="1"/>
              </w:rPr>
            </w:pPr>
          </w:p>
        </w:tc>
        <w:tc>
          <w:tcPr>
            <w:tcW w:w="86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375339" w14:textId="29466625" w:rsidR="00C52B7B" w:rsidRDefault="00C52B7B">
            <w:pPr>
              <w:wordWrap w:val="0"/>
              <w:autoSpaceDE w:val="0"/>
              <w:autoSpaceDN w:val="0"/>
              <w:spacing w:before="35" w:after="98" w:line="221" w:lineRule="exact"/>
              <w:rPr>
                <w:rFonts w:ascii="Arial" w:eastAsia="Arial" w:hAnsi="Arial"/>
                <w:color w:val="000000"/>
                <w:spacing w:val="1"/>
              </w:rPr>
            </w:pPr>
            <w:r>
              <w:rPr>
                <w:rFonts w:ascii="Arial" w:eastAsia="Arial" w:hAnsi="Arial"/>
                <w:color w:val="000000"/>
              </w:rPr>
              <w:t>Passport</w:t>
            </w:r>
            <w:r>
              <w:rPr>
                <w:rFonts w:ascii="Arial" w:eastAsia="Arial" w:hAnsi="Arial"/>
                <w:color w:val="000000"/>
                <w:spacing w:val="1"/>
              </w:rPr>
              <w:t>-</w:t>
            </w:r>
            <w:r>
              <w:rPr>
                <w:rFonts w:ascii="Arial" w:eastAsia="Arial" w:hAnsi="Arial"/>
                <w:color w:val="000000"/>
              </w:rPr>
              <w:t>sized</w:t>
            </w:r>
            <w:r>
              <w:rPr>
                <w:rFonts w:ascii="Times New Roman" w:eastAsia="Times New Roman" w:hAnsi="Times New Roman"/>
                <w:color w:val="000000"/>
                <w:spacing w:val="7"/>
              </w:rPr>
              <w:t xml:space="preserve"> </w:t>
            </w:r>
            <w:r>
              <w:rPr>
                <w:rFonts w:ascii="Arial" w:eastAsia="Arial" w:hAnsi="Arial"/>
                <w:color w:val="000000"/>
              </w:rPr>
              <w:t>Photograph</w:t>
            </w:r>
            <w:r>
              <w:rPr>
                <w:rFonts w:ascii="Times New Roman" w:eastAsia="Times New Roman" w:hAnsi="Times New Roman"/>
                <w:b/>
                <w:color w:val="000000"/>
                <w:spacing w:val="7"/>
              </w:rPr>
              <w:t xml:space="preserve"> </w:t>
            </w:r>
            <w:r>
              <w:rPr>
                <w:rFonts w:ascii="Arial" w:eastAsia="Arial" w:hAnsi="Arial"/>
                <w:b/>
                <w:color w:val="000000"/>
                <w:w w:val="101"/>
              </w:rPr>
              <w:t>*</w:t>
            </w:r>
            <w:r>
              <w:rPr>
                <w:rFonts w:ascii="Times New Roman" w:eastAsia="Times New Roman" w:hAnsi="Times New Roman"/>
                <w:b/>
                <w:color w:val="000000"/>
                <w:spacing w:val="10"/>
                <w:sz w:val="20"/>
              </w:rPr>
              <w:t xml:space="preserve"> </w:t>
            </w:r>
            <w:r>
              <w:rPr>
                <w:rFonts w:ascii="Arial" w:eastAsia="Arial" w:hAnsi="Arial"/>
                <w:b/>
                <w:color w:val="000000"/>
                <w:sz w:val="20"/>
              </w:rPr>
              <w:t>to</w:t>
            </w:r>
            <w:r>
              <w:rPr>
                <w:rFonts w:ascii="Times New Roman" w:eastAsia="Times New Roman" w:hAnsi="Times New Roman"/>
                <w:b/>
                <w:color w:val="000000"/>
                <w:spacing w:val="5"/>
                <w:sz w:val="20"/>
              </w:rPr>
              <w:t xml:space="preserve"> </w:t>
            </w:r>
            <w:r>
              <w:rPr>
                <w:rFonts w:ascii="Arial" w:eastAsia="Arial" w:hAnsi="Arial"/>
                <w:b/>
                <w:color w:val="000000"/>
                <w:sz w:val="20"/>
              </w:rPr>
              <w:t>be</w:t>
            </w:r>
            <w:r>
              <w:rPr>
                <w:rFonts w:ascii="Times New Roman" w:eastAsia="Times New Roman" w:hAnsi="Times New Roman"/>
                <w:b/>
                <w:color w:val="000000"/>
                <w:spacing w:val="5"/>
                <w:sz w:val="20"/>
              </w:rPr>
              <w:t xml:space="preserve"> </w:t>
            </w:r>
            <w:r>
              <w:rPr>
                <w:rFonts w:ascii="Arial" w:eastAsia="Arial" w:hAnsi="Arial"/>
                <w:b/>
                <w:color w:val="000000"/>
                <w:sz w:val="20"/>
              </w:rPr>
              <w:t>attached</w:t>
            </w:r>
            <w:r>
              <w:rPr>
                <w:rFonts w:ascii="Times New Roman" w:eastAsia="Times New Roman" w:hAnsi="Times New Roman"/>
                <w:b/>
                <w:color w:val="000000"/>
                <w:spacing w:val="5"/>
                <w:sz w:val="20"/>
              </w:rPr>
              <w:t xml:space="preserve"> </w:t>
            </w:r>
            <w:r>
              <w:rPr>
                <w:rFonts w:ascii="Arial" w:eastAsia="Arial" w:hAnsi="Arial"/>
                <w:b/>
                <w:color w:val="000000"/>
                <w:sz w:val="20"/>
              </w:rPr>
              <w:t>in</w:t>
            </w:r>
            <w:r>
              <w:rPr>
                <w:rFonts w:ascii="Times New Roman" w:eastAsia="Times New Roman" w:hAnsi="Times New Roman"/>
                <w:b/>
                <w:color w:val="000000"/>
                <w:spacing w:val="5"/>
                <w:sz w:val="20"/>
              </w:rPr>
              <w:t xml:space="preserve"> </w:t>
            </w:r>
            <w:r>
              <w:rPr>
                <w:rFonts w:ascii="Arial" w:eastAsia="Arial" w:hAnsi="Arial"/>
                <w:b/>
                <w:color w:val="000000"/>
                <w:sz w:val="20"/>
              </w:rPr>
              <w:t>Section</w:t>
            </w:r>
            <w:r>
              <w:rPr>
                <w:rFonts w:ascii="Times New Roman" w:eastAsia="Times New Roman" w:hAnsi="Times New Roman"/>
                <w:b/>
                <w:color w:val="000000"/>
                <w:spacing w:val="5"/>
                <w:sz w:val="20"/>
              </w:rPr>
              <w:t xml:space="preserve"> </w:t>
            </w:r>
            <w:r>
              <w:rPr>
                <w:rFonts w:ascii="Arial" w:eastAsia="Arial" w:hAnsi="Arial"/>
                <w:b/>
                <w:color w:val="000000"/>
                <w:w w:val="99"/>
                <w:sz w:val="20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00"/>
                <w:spacing w:val="5"/>
                <w:sz w:val="20"/>
              </w:rPr>
              <w:t xml:space="preserve"> </w:t>
            </w:r>
            <w:r>
              <w:rPr>
                <w:rFonts w:ascii="Arial" w:eastAsia="Arial" w:hAnsi="Arial"/>
                <w:b/>
                <w:color w:val="000000"/>
                <w:sz w:val="20"/>
              </w:rPr>
              <w:t>above</w:t>
            </w:r>
          </w:p>
        </w:tc>
      </w:tr>
      <w:tr w:rsidR="00C52B7B" w14:paraId="35527152" w14:textId="77777777" w:rsidTr="00C52B7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B36D" w14:textId="77777777" w:rsidR="00C52B7B" w:rsidRDefault="00C52B7B">
            <w:pPr>
              <w:wordWrap w:val="0"/>
              <w:autoSpaceDE w:val="0"/>
              <w:autoSpaceDN w:val="0"/>
              <w:spacing w:before="35" w:after="98" w:line="221" w:lineRule="exact"/>
              <w:rPr>
                <w:rFonts w:ascii="Arial" w:eastAsia="Arial" w:hAnsi="Arial"/>
                <w:color w:val="000000"/>
                <w:spacing w:val="1"/>
              </w:rPr>
            </w:pPr>
          </w:p>
        </w:tc>
        <w:tc>
          <w:tcPr>
            <w:tcW w:w="86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E827FB" w14:textId="5504652C" w:rsidR="00C52B7B" w:rsidRDefault="00C52B7B">
            <w:pPr>
              <w:wordWrap w:val="0"/>
              <w:autoSpaceDE w:val="0"/>
              <w:autoSpaceDN w:val="0"/>
              <w:spacing w:before="35" w:after="98" w:line="221" w:lineRule="exact"/>
              <w:rPr>
                <w:rFonts w:ascii="Arial" w:eastAsia="Arial" w:hAnsi="Arial"/>
                <w:color w:val="000000"/>
                <w:spacing w:val="1"/>
              </w:rPr>
            </w:pPr>
            <w:r w:rsidRPr="00357FA3">
              <w:rPr>
                <w:rFonts w:ascii="Arial" w:eastAsia="Arial" w:hAnsi="Arial"/>
                <w:bCs/>
                <w:color w:val="000000"/>
              </w:rPr>
              <w:t>Insurance from University</w:t>
            </w:r>
          </w:p>
        </w:tc>
      </w:tr>
    </w:tbl>
    <w:p w14:paraId="66A9E76B" w14:textId="63D00290" w:rsidR="006E1342" w:rsidRPr="00C52B7B" w:rsidRDefault="00000000" w:rsidP="002D6CAB">
      <w:pPr>
        <w:tabs>
          <w:tab w:val="left" w:pos="426"/>
        </w:tabs>
        <w:wordWrap w:val="0"/>
        <w:autoSpaceDE w:val="0"/>
        <w:autoSpaceDN w:val="0"/>
        <w:spacing w:before="243" w:after="82" w:line="221" w:lineRule="exact"/>
        <w:ind w:left="69" w:right="-96"/>
      </w:pPr>
      <w:r>
        <w:rPr>
          <w:rFonts w:ascii="Arial" w:eastAsia="Arial" w:hAnsi="Arial"/>
          <w:b/>
          <w:color w:val="000000"/>
          <w:w w:val="101"/>
          <w:sz w:val="18"/>
        </w:rPr>
        <w:t>4.</w:t>
      </w:r>
      <w:r>
        <w:rPr>
          <w:rFonts w:ascii="Times New Roman" w:eastAsia="Times New Roman" w:hAnsi="Times New Roman"/>
          <w:b/>
          <w:color w:val="000000"/>
          <w:spacing w:val="154"/>
        </w:rPr>
        <w:t xml:space="preserve"> </w:t>
      </w:r>
      <w:r>
        <w:rPr>
          <w:rFonts w:ascii="Arial" w:eastAsia="Arial" w:hAnsi="Arial"/>
          <w:b/>
          <w:color w:val="000000"/>
        </w:rPr>
        <w:t>TRAINING</w:t>
      </w:r>
      <w:r>
        <w:rPr>
          <w:rFonts w:ascii="Times New Roman" w:eastAsia="Times New Roman" w:hAnsi="Times New Roman"/>
          <w:b/>
          <w:color w:val="000000"/>
          <w:spacing w:val="7"/>
        </w:rPr>
        <w:t xml:space="preserve"> </w:t>
      </w:r>
      <w:r>
        <w:rPr>
          <w:rFonts w:ascii="Arial" w:eastAsia="Arial" w:hAnsi="Arial"/>
          <w:b/>
          <w:color w:val="000000"/>
        </w:rPr>
        <w:t>PROGRAMME</w:t>
      </w:r>
      <w:r>
        <w:rPr>
          <w:rFonts w:ascii="Times New Roman" w:eastAsia="Times New Roman" w:hAnsi="Times New Roman"/>
          <w:b/>
          <w:color w:val="000000"/>
          <w:spacing w:val="7"/>
        </w:rPr>
        <w:t xml:space="preserve"> </w:t>
      </w:r>
      <w:r>
        <w:rPr>
          <w:rFonts w:ascii="Arial" w:eastAsia="Arial" w:hAnsi="Arial"/>
          <w:b/>
          <w:color w:val="000000"/>
        </w:rPr>
        <w:t>PREFERENCE</w:t>
      </w:r>
      <w:r>
        <w:rPr>
          <w:rFonts w:ascii="Times New Roman" w:eastAsia="Times New Roman" w:hAnsi="Times New Roman"/>
          <w:b/>
          <w:color w:val="000000"/>
          <w:spacing w:val="17"/>
          <w:sz w:val="18"/>
        </w:rPr>
        <w:t xml:space="preserve"> </w:t>
      </w:r>
      <w:r w:rsidRPr="00C52B7B">
        <w:rPr>
          <w:rFonts w:ascii="Arial" w:eastAsia="Arial" w:hAnsi="Arial"/>
          <w:b/>
          <w:color w:val="000000"/>
        </w:rPr>
        <w:t>(please</w:t>
      </w:r>
      <w:r w:rsidRPr="00C52B7B">
        <w:rPr>
          <w:rFonts w:ascii="Times New Roman" w:eastAsia="Times New Roman" w:hAnsi="Times New Roman"/>
          <w:b/>
          <w:color w:val="000000"/>
          <w:spacing w:val="5"/>
        </w:rPr>
        <w:t xml:space="preserve"> </w:t>
      </w:r>
      <w:r w:rsidRPr="00C52B7B">
        <w:rPr>
          <w:rFonts w:ascii="Arial" w:eastAsia="Arial" w:hAnsi="Arial"/>
          <w:b/>
          <w:color w:val="000000"/>
        </w:rPr>
        <w:t>mark</w:t>
      </w:r>
      <w:r w:rsidRPr="00C52B7B">
        <w:rPr>
          <w:rFonts w:ascii="Times New Roman" w:eastAsia="Times New Roman" w:hAnsi="Times New Roman"/>
          <w:b/>
          <w:color w:val="000000"/>
          <w:spacing w:val="5"/>
        </w:rPr>
        <w:t xml:space="preserve"> </w:t>
      </w:r>
      <w:r w:rsidRPr="00C52B7B">
        <w:rPr>
          <w:rFonts w:ascii="Arial" w:eastAsia="Arial" w:hAnsi="Arial"/>
          <w:b/>
          <w:color w:val="000000"/>
          <w:spacing w:val="1"/>
        </w:rPr>
        <w:t>“</w:t>
      </w:r>
      <w:r w:rsidRPr="00C52B7B">
        <w:rPr>
          <w:rFonts w:ascii="Arial" w:eastAsia="Arial" w:hAnsi="Arial"/>
          <w:b/>
          <w:color w:val="000000"/>
          <w:spacing w:val="-2"/>
        </w:rPr>
        <w:t>X</w:t>
      </w:r>
      <w:r w:rsidRPr="00C52B7B">
        <w:rPr>
          <w:rFonts w:ascii="Arial" w:eastAsia="Arial" w:hAnsi="Arial"/>
          <w:b/>
          <w:color w:val="000000"/>
          <w:spacing w:val="1"/>
        </w:rPr>
        <w:t>”</w:t>
      </w:r>
      <w:r w:rsidRPr="00C52B7B">
        <w:rPr>
          <w:rFonts w:ascii="Times New Roman" w:eastAsia="Times New Roman" w:hAnsi="Times New Roman"/>
          <w:b/>
          <w:color w:val="000000"/>
          <w:spacing w:val="5"/>
        </w:rPr>
        <w:t xml:space="preserve"> </w:t>
      </w:r>
      <w:r w:rsidRPr="00C52B7B">
        <w:rPr>
          <w:rFonts w:ascii="Arial" w:eastAsia="Arial" w:hAnsi="Arial"/>
          <w:b/>
          <w:color w:val="000000"/>
        </w:rPr>
        <w:t>for</w:t>
      </w:r>
      <w:r w:rsidRPr="00C52B7B">
        <w:rPr>
          <w:rFonts w:ascii="Times New Roman" w:eastAsia="Times New Roman" w:hAnsi="Times New Roman"/>
          <w:b/>
          <w:color w:val="000000"/>
          <w:spacing w:val="5"/>
        </w:rPr>
        <w:t xml:space="preserve"> </w:t>
      </w:r>
      <w:r w:rsidRPr="00C52B7B">
        <w:rPr>
          <w:rFonts w:ascii="Arial" w:eastAsia="Arial" w:hAnsi="Arial"/>
          <w:b/>
          <w:color w:val="000000"/>
        </w:rPr>
        <w:t>the</w:t>
      </w:r>
      <w:r w:rsidRPr="00C52B7B">
        <w:rPr>
          <w:rFonts w:ascii="Times New Roman" w:eastAsia="Times New Roman" w:hAnsi="Times New Roman"/>
          <w:b/>
          <w:color w:val="000000"/>
          <w:spacing w:val="5"/>
        </w:rPr>
        <w:t xml:space="preserve"> </w:t>
      </w:r>
      <w:r w:rsidRPr="00C52B7B">
        <w:rPr>
          <w:rFonts w:ascii="Arial" w:eastAsia="Arial" w:hAnsi="Arial"/>
          <w:b/>
          <w:color w:val="000000"/>
        </w:rPr>
        <w:t>preferred</w:t>
      </w:r>
      <w:r w:rsidRPr="00C52B7B">
        <w:rPr>
          <w:rFonts w:ascii="Times New Roman" w:eastAsia="Times New Roman" w:hAnsi="Times New Roman"/>
          <w:b/>
          <w:color w:val="000000"/>
          <w:spacing w:val="5"/>
        </w:rPr>
        <w:t xml:space="preserve"> </w:t>
      </w:r>
      <w:r w:rsidRPr="00C52B7B">
        <w:rPr>
          <w:rFonts w:ascii="Arial" w:eastAsia="Arial" w:hAnsi="Arial"/>
          <w:b/>
          <w:color w:val="000000"/>
        </w:rPr>
        <w:t>program</w:t>
      </w:r>
      <w:r w:rsidR="002D6CAB">
        <w:rPr>
          <w:rFonts w:ascii="Arial" w:eastAsia="Arial" w:hAnsi="Arial"/>
          <w:b/>
          <w:color w:val="000000"/>
        </w:rPr>
        <w:t>)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425"/>
        <w:gridCol w:w="8458"/>
      </w:tblGrid>
      <w:tr w:rsidR="006E1342" w14:paraId="01D810F4" w14:textId="77777777" w:rsidTr="006E1342">
        <w:tc>
          <w:tcPr>
            <w:tcW w:w="425" w:type="dxa"/>
            <w:tcBorders>
              <w:right w:val="single" w:sz="4" w:space="0" w:color="auto"/>
            </w:tcBorders>
          </w:tcPr>
          <w:p w14:paraId="1BE726D4" w14:textId="77777777" w:rsidR="006E1342" w:rsidRDefault="006E1342" w:rsidP="006E1342">
            <w:pPr>
              <w:wordWrap w:val="0"/>
              <w:autoSpaceDE w:val="0"/>
              <w:autoSpaceDN w:val="0"/>
              <w:spacing w:line="281" w:lineRule="exact"/>
              <w:rPr>
                <w:rFonts w:ascii="Arial" w:eastAsia="Arial" w:hAnsi="Arial"/>
                <w:color w:val="000000"/>
              </w:rPr>
            </w:pPr>
          </w:p>
        </w:tc>
        <w:tc>
          <w:tcPr>
            <w:tcW w:w="84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C96298" w14:textId="4741E3BE" w:rsidR="006E1342" w:rsidRPr="006E1342" w:rsidRDefault="006E1342" w:rsidP="006E1342">
            <w:pPr>
              <w:wordWrap w:val="0"/>
              <w:autoSpaceDE w:val="0"/>
              <w:autoSpaceDN w:val="0"/>
              <w:spacing w:line="281" w:lineRule="exact"/>
              <w:rPr>
                <w:rFonts w:ascii="Times New Roman" w:eastAsia="Times New Roman" w:hAnsi="Times New Roman"/>
                <w:color w:val="000000"/>
                <w:spacing w:val="7"/>
              </w:rPr>
            </w:pPr>
            <w:r>
              <w:rPr>
                <w:rFonts w:ascii="Arial" w:eastAsia="Arial" w:hAnsi="Arial"/>
                <w:color w:val="000000"/>
              </w:rPr>
              <w:t>Microbiology</w:t>
            </w:r>
            <w:r>
              <w:rPr>
                <w:rFonts w:ascii="Times New Roman" w:eastAsia="Times New Roman" w:hAnsi="Times New Roman"/>
                <w:color w:val="000000"/>
                <w:spacing w:val="7"/>
              </w:rPr>
              <w:t xml:space="preserve"> </w:t>
            </w:r>
          </w:p>
        </w:tc>
      </w:tr>
      <w:tr w:rsidR="006E1342" w14:paraId="715F1FF0" w14:textId="77777777" w:rsidTr="006E1342">
        <w:tc>
          <w:tcPr>
            <w:tcW w:w="425" w:type="dxa"/>
            <w:tcBorders>
              <w:right w:val="single" w:sz="4" w:space="0" w:color="auto"/>
            </w:tcBorders>
          </w:tcPr>
          <w:p w14:paraId="590F08CD" w14:textId="77777777" w:rsidR="006E1342" w:rsidRDefault="006E1342" w:rsidP="006E1342">
            <w:pPr>
              <w:wordWrap w:val="0"/>
              <w:autoSpaceDE w:val="0"/>
              <w:autoSpaceDN w:val="0"/>
              <w:spacing w:line="281" w:lineRule="exact"/>
              <w:rPr>
                <w:rFonts w:ascii="Arial" w:eastAsia="Arial" w:hAnsi="Arial"/>
                <w:color w:val="000000"/>
              </w:rPr>
            </w:pPr>
          </w:p>
        </w:tc>
        <w:tc>
          <w:tcPr>
            <w:tcW w:w="84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D1881A" w14:textId="764EC754" w:rsidR="006E1342" w:rsidRDefault="006E1342" w:rsidP="006E1342">
            <w:pPr>
              <w:wordWrap w:val="0"/>
              <w:autoSpaceDE w:val="0"/>
              <w:autoSpaceDN w:val="0"/>
              <w:spacing w:line="281" w:lineRule="exact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Molecular</w:t>
            </w:r>
            <w:r>
              <w:rPr>
                <w:rFonts w:ascii="Times New Roman" w:eastAsia="Times New Roman" w:hAnsi="Times New Roman"/>
                <w:color w:val="000000"/>
                <w:spacing w:val="7"/>
              </w:rPr>
              <w:t xml:space="preserve"> </w:t>
            </w:r>
            <w:r>
              <w:rPr>
                <w:rFonts w:ascii="Arial" w:eastAsia="Arial" w:hAnsi="Arial"/>
                <w:color w:val="000000"/>
              </w:rPr>
              <w:t>Biology</w:t>
            </w:r>
          </w:p>
        </w:tc>
      </w:tr>
      <w:tr w:rsidR="006E1342" w14:paraId="6DAE5427" w14:textId="77777777" w:rsidTr="006E1342">
        <w:tc>
          <w:tcPr>
            <w:tcW w:w="425" w:type="dxa"/>
            <w:tcBorders>
              <w:right w:val="single" w:sz="4" w:space="0" w:color="auto"/>
            </w:tcBorders>
          </w:tcPr>
          <w:p w14:paraId="695939DD" w14:textId="77777777" w:rsidR="006E1342" w:rsidRDefault="006E1342" w:rsidP="006E1342">
            <w:pPr>
              <w:wordWrap w:val="0"/>
              <w:autoSpaceDE w:val="0"/>
              <w:autoSpaceDN w:val="0"/>
              <w:spacing w:line="281" w:lineRule="exact"/>
              <w:rPr>
                <w:rFonts w:ascii="Arial" w:eastAsia="Arial" w:hAnsi="Arial"/>
                <w:color w:val="000000"/>
              </w:rPr>
            </w:pPr>
          </w:p>
        </w:tc>
        <w:tc>
          <w:tcPr>
            <w:tcW w:w="84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0DC0E8" w14:textId="2D741530" w:rsidR="006E1342" w:rsidRDefault="006E1342" w:rsidP="006E1342">
            <w:pPr>
              <w:wordWrap w:val="0"/>
              <w:autoSpaceDE w:val="0"/>
              <w:autoSpaceDN w:val="0"/>
              <w:spacing w:line="281" w:lineRule="exact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Extraction</w:t>
            </w:r>
          </w:p>
        </w:tc>
      </w:tr>
      <w:tr w:rsidR="006E1342" w14:paraId="05077F1D" w14:textId="77777777" w:rsidTr="006E1342">
        <w:tc>
          <w:tcPr>
            <w:tcW w:w="425" w:type="dxa"/>
            <w:tcBorders>
              <w:right w:val="single" w:sz="4" w:space="0" w:color="auto"/>
            </w:tcBorders>
          </w:tcPr>
          <w:p w14:paraId="53DF4E22" w14:textId="77777777" w:rsidR="006E1342" w:rsidRDefault="006E1342" w:rsidP="006E1342">
            <w:pPr>
              <w:wordWrap w:val="0"/>
              <w:autoSpaceDE w:val="0"/>
              <w:autoSpaceDN w:val="0"/>
              <w:spacing w:line="281" w:lineRule="exact"/>
              <w:rPr>
                <w:rFonts w:ascii="Arial" w:eastAsia="Arial" w:hAnsi="Arial"/>
                <w:color w:val="000000"/>
              </w:rPr>
            </w:pPr>
          </w:p>
        </w:tc>
        <w:tc>
          <w:tcPr>
            <w:tcW w:w="84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C552D5" w14:textId="5B1FFBA0" w:rsidR="006E1342" w:rsidRDefault="006E1342" w:rsidP="006E1342">
            <w:pPr>
              <w:wordWrap w:val="0"/>
              <w:autoSpaceDE w:val="0"/>
              <w:autoSpaceDN w:val="0"/>
              <w:spacing w:line="281" w:lineRule="exact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Analytical</w:t>
            </w:r>
            <w:r>
              <w:rPr>
                <w:rFonts w:ascii="Times New Roman" w:eastAsia="Times New Roman" w:hAnsi="Times New Roman"/>
                <w:color w:val="000000"/>
                <w:spacing w:val="7"/>
              </w:rPr>
              <w:t xml:space="preserve"> </w:t>
            </w:r>
            <w:r>
              <w:rPr>
                <w:rFonts w:ascii="Arial" w:eastAsia="Arial" w:hAnsi="Arial"/>
                <w:color w:val="000000"/>
              </w:rPr>
              <w:t>Chemistry</w:t>
            </w:r>
          </w:p>
        </w:tc>
      </w:tr>
      <w:tr w:rsidR="006E1342" w14:paraId="3D476C19" w14:textId="77777777" w:rsidTr="006E1342">
        <w:tc>
          <w:tcPr>
            <w:tcW w:w="425" w:type="dxa"/>
            <w:tcBorders>
              <w:right w:val="single" w:sz="4" w:space="0" w:color="auto"/>
            </w:tcBorders>
          </w:tcPr>
          <w:p w14:paraId="0BA424D3" w14:textId="77777777" w:rsidR="006E1342" w:rsidRDefault="006E1342" w:rsidP="006E1342">
            <w:pPr>
              <w:wordWrap w:val="0"/>
              <w:autoSpaceDE w:val="0"/>
              <w:autoSpaceDN w:val="0"/>
              <w:spacing w:line="281" w:lineRule="exact"/>
              <w:rPr>
                <w:rFonts w:ascii="Arial" w:eastAsia="Arial" w:hAnsi="Arial"/>
                <w:color w:val="000000"/>
              </w:rPr>
            </w:pPr>
          </w:p>
        </w:tc>
        <w:tc>
          <w:tcPr>
            <w:tcW w:w="84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25695A" w14:textId="24E6327D" w:rsidR="006E1342" w:rsidRDefault="006E1342" w:rsidP="006E1342">
            <w:pPr>
              <w:wordWrap w:val="0"/>
              <w:autoSpaceDE w:val="0"/>
              <w:autoSpaceDN w:val="0"/>
              <w:spacing w:line="281" w:lineRule="exact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Product Development</w:t>
            </w:r>
          </w:p>
        </w:tc>
      </w:tr>
      <w:tr w:rsidR="006E1342" w14:paraId="77982394" w14:textId="77777777" w:rsidTr="006E1342">
        <w:tc>
          <w:tcPr>
            <w:tcW w:w="425" w:type="dxa"/>
            <w:tcBorders>
              <w:right w:val="single" w:sz="4" w:space="0" w:color="auto"/>
            </w:tcBorders>
          </w:tcPr>
          <w:p w14:paraId="780AE314" w14:textId="77777777" w:rsidR="006E1342" w:rsidRDefault="006E1342" w:rsidP="006E1342">
            <w:pPr>
              <w:wordWrap w:val="0"/>
              <w:autoSpaceDE w:val="0"/>
              <w:autoSpaceDN w:val="0"/>
              <w:spacing w:line="281" w:lineRule="exact"/>
              <w:rPr>
                <w:rFonts w:ascii="Arial" w:eastAsia="Arial" w:hAnsi="Arial"/>
                <w:color w:val="000000"/>
              </w:rPr>
            </w:pPr>
          </w:p>
        </w:tc>
        <w:tc>
          <w:tcPr>
            <w:tcW w:w="84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B67AF6" w14:textId="0E2FF874" w:rsidR="006E1342" w:rsidRDefault="006E1342" w:rsidP="006E1342">
            <w:pPr>
              <w:wordWrap w:val="0"/>
              <w:autoSpaceDE w:val="0"/>
              <w:autoSpaceDN w:val="0"/>
              <w:spacing w:line="281" w:lineRule="exact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Plant Tissue Culture</w:t>
            </w:r>
          </w:p>
        </w:tc>
      </w:tr>
      <w:tr w:rsidR="006E1342" w14:paraId="0EF9D8C1" w14:textId="77777777" w:rsidTr="006E1342">
        <w:tc>
          <w:tcPr>
            <w:tcW w:w="425" w:type="dxa"/>
            <w:tcBorders>
              <w:right w:val="single" w:sz="4" w:space="0" w:color="auto"/>
            </w:tcBorders>
          </w:tcPr>
          <w:p w14:paraId="2299DA68" w14:textId="77777777" w:rsidR="006E1342" w:rsidRDefault="006E1342" w:rsidP="006E1342">
            <w:pPr>
              <w:wordWrap w:val="0"/>
              <w:autoSpaceDE w:val="0"/>
              <w:autoSpaceDN w:val="0"/>
              <w:spacing w:line="281" w:lineRule="exact"/>
              <w:rPr>
                <w:rFonts w:ascii="Arial" w:eastAsia="Arial" w:hAnsi="Arial"/>
                <w:color w:val="000000"/>
              </w:rPr>
            </w:pPr>
          </w:p>
        </w:tc>
        <w:tc>
          <w:tcPr>
            <w:tcW w:w="84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5C8228" w14:textId="422A3DA3" w:rsidR="006E1342" w:rsidRDefault="006E1342" w:rsidP="006E1342">
            <w:pPr>
              <w:wordWrap w:val="0"/>
              <w:autoSpaceDE w:val="0"/>
              <w:autoSpaceDN w:val="0"/>
              <w:spacing w:line="281" w:lineRule="exact"/>
              <w:rPr>
                <w:rFonts w:ascii="Arial" w:eastAsia="Arial" w:hAnsi="Arial"/>
                <w:color w:val="000000"/>
              </w:rPr>
            </w:pPr>
            <w:proofErr w:type="spellStart"/>
            <w:r w:rsidRPr="006E1342">
              <w:rPr>
                <w:rFonts w:ascii="Arial" w:eastAsia="Arial" w:hAnsi="Arial"/>
              </w:rPr>
              <w:t>Ethno</w:t>
            </w:r>
            <w:proofErr w:type="spellEnd"/>
            <w:r w:rsidRPr="006E1342">
              <w:rPr>
                <w:rFonts w:ascii="Arial" w:eastAsia="Arial" w:hAnsi="Arial"/>
              </w:rPr>
              <w:t xml:space="preserve"> Biological Research</w:t>
            </w:r>
          </w:p>
        </w:tc>
      </w:tr>
      <w:tr w:rsidR="006E1342" w14:paraId="2F79E388" w14:textId="77777777" w:rsidTr="006E1342">
        <w:tc>
          <w:tcPr>
            <w:tcW w:w="425" w:type="dxa"/>
            <w:tcBorders>
              <w:right w:val="single" w:sz="4" w:space="0" w:color="auto"/>
            </w:tcBorders>
          </w:tcPr>
          <w:p w14:paraId="21FD1BA3" w14:textId="77777777" w:rsidR="006E1342" w:rsidRDefault="006E1342" w:rsidP="006E1342">
            <w:pPr>
              <w:wordWrap w:val="0"/>
              <w:autoSpaceDE w:val="0"/>
              <w:autoSpaceDN w:val="0"/>
              <w:spacing w:line="281" w:lineRule="exact"/>
              <w:rPr>
                <w:rFonts w:ascii="Arial" w:eastAsia="Arial" w:hAnsi="Arial"/>
                <w:color w:val="000000"/>
              </w:rPr>
            </w:pPr>
          </w:p>
        </w:tc>
        <w:tc>
          <w:tcPr>
            <w:tcW w:w="84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1A068C" w14:textId="59E179B7" w:rsidR="006E1342" w:rsidRDefault="006E1342" w:rsidP="006E1342">
            <w:pPr>
              <w:wordWrap w:val="0"/>
              <w:autoSpaceDE w:val="0"/>
              <w:autoSpaceDN w:val="0"/>
              <w:spacing w:line="281" w:lineRule="exact"/>
              <w:rPr>
                <w:rFonts w:ascii="Arial" w:eastAsia="Arial" w:hAnsi="Arial"/>
                <w:color w:val="000000"/>
              </w:rPr>
            </w:pPr>
            <w:r w:rsidRPr="006E1342">
              <w:rPr>
                <w:rFonts w:ascii="Arial" w:eastAsia="Arial" w:hAnsi="Arial" w:cs="Arial"/>
                <w:color w:val="000000"/>
              </w:rPr>
              <w:t>Public</w:t>
            </w:r>
            <w:r w:rsidRPr="006E1342">
              <w:rPr>
                <w:rFonts w:ascii="Arial" w:eastAsia="Times New Roman" w:hAnsi="Arial" w:cs="Arial"/>
                <w:color w:val="000000"/>
                <w:spacing w:val="7"/>
              </w:rPr>
              <w:t xml:space="preserve"> </w:t>
            </w:r>
            <w:r w:rsidRPr="006E1342">
              <w:rPr>
                <w:rFonts w:ascii="Arial" w:eastAsia="Arial" w:hAnsi="Arial" w:cs="Arial"/>
                <w:color w:val="000000"/>
              </w:rPr>
              <w:t>Awareness</w:t>
            </w:r>
          </w:p>
        </w:tc>
      </w:tr>
      <w:tr w:rsidR="006E1342" w14:paraId="5DB13904" w14:textId="77777777" w:rsidTr="006E1342">
        <w:tc>
          <w:tcPr>
            <w:tcW w:w="425" w:type="dxa"/>
            <w:tcBorders>
              <w:right w:val="single" w:sz="4" w:space="0" w:color="auto"/>
            </w:tcBorders>
          </w:tcPr>
          <w:p w14:paraId="6516AEE2" w14:textId="77777777" w:rsidR="006E1342" w:rsidRDefault="006E1342" w:rsidP="006E1342">
            <w:pPr>
              <w:wordWrap w:val="0"/>
              <w:autoSpaceDE w:val="0"/>
              <w:autoSpaceDN w:val="0"/>
              <w:spacing w:line="281" w:lineRule="exact"/>
              <w:rPr>
                <w:rFonts w:ascii="Arial" w:eastAsia="Arial" w:hAnsi="Arial"/>
                <w:color w:val="000000"/>
              </w:rPr>
            </w:pPr>
          </w:p>
        </w:tc>
        <w:tc>
          <w:tcPr>
            <w:tcW w:w="84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40094A" w14:textId="18669D49" w:rsidR="006E1342" w:rsidRPr="006E1342" w:rsidRDefault="006E1342" w:rsidP="006E1342">
            <w:pPr>
              <w:wordWrap w:val="0"/>
              <w:autoSpaceDE w:val="0"/>
              <w:autoSpaceDN w:val="0"/>
              <w:spacing w:line="281" w:lineRule="exact"/>
              <w:rPr>
                <w:rFonts w:ascii="Arial" w:eastAsia="Arial" w:hAnsi="Arial" w:cs="Arial"/>
                <w:color w:val="000000"/>
              </w:rPr>
            </w:pPr>
            <w:r w:rsidRPr="006E1342">
              <w:rPr>
                <w:rFonts w:ascii="Arial" w:eastAsia="Times New Roman" w:hAnsi="Arial" w:cs="Arial"/>
                <w:color w:val="000000"/>
                <w:spacing w:val="7"/>
              </w:rPr>
              <w:t>Administrative</w:t>
            </w:r>
          </w:p>
        </w:tc>
      </w:tr>
      <w:tr w:rsidR="006E1342" w14:paraId="1A76770D" w14:textId="77777777" w:rsidTr="006E1342">
        <w:tc>
          <w:tcPr>
            <w:tcW w:w="425" w:type="dxa"/>
            <w:tcBorders>
              <w:right w:val="single" w:sz="4" w:space="0" w:color="auto"/>
            </w:tcBorders>
          </w:tcPr>
          <w:p w14:paraId="21349936" w14:textId="77777777" w:rsidR="006E1342" w:rsidRDefault="006E1342" w:rsidP="006E1342">
            <w:pPr>
              <w:wordWrap w:val="0"/>
              <w:autoSpaceDE w:val="0"/>
              <w:autoSpaceDN w:val="0"/>
              <w:spacing w:line="281" w:lineRule="exact"/>
              <w:rPr>
                <w:rFonts w:ascii="Arial" w:eastAsia="Arial" w:hAnsi="Arial"/>
                <w:color w:val="000000"/>
              </w:rPr>
            </w:pPr>
          </w:p>
        </w:tc>
        <w:tc>
          <w:tcPr>
            <w:tcW w:w="84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E67DD6" w14:textId="6E9D460E" w:rsidR="006E1342" w:rsidRPr="006E1342" w:rsidRDefault="006E1342" w:rsidP="006E1342">
            <w:pPr>
              <w:wordWrap w:val="0"/>
              <w:autoSpaceDE w:val="0"/>
              <w:autoSpaceDN w:val="0"/>
              <w:spacing w:line="281" w:lineRule="exact"/>
              <w:rPr>
                <w:rFonts w:ascii="Arial" w:eastAsia="Arial" w:hAnsi="Arial" w:cs="Arial"/>
                <w:color w:val="000000"/>
              </w:rPr>
            </w:pPr>
            <w:r w:rsidRPr="006E1342">
              <w:rPr>
                <w:rFonts w:ascii="Arial" w:eastAsia="Times New Roman" w:hAnsi="Arial" w:cs="Arial"/>
                <w:color w:val="000000"/>
                <w:spacing w:val="7"/>
              </w:rPr>
              <w:t>Human Resource</w:t>
            </w:r>
          </w:p>
        </w:tc>
      </w:tr>
    </w:tbl>
    <w:p w14:paraId="6085E68F" w14:textId="2803C630" w:rsidR="006E1342" w:rsidRDefault="006E1342" w:rsidP="00C52B7B">
      <w:pPr>
        <w:wordWrap w:val="0"/>
        <w:autoSpaceDE w:val="0"/>
        <w:autoSpaceDN w:val="0"/>
        <w:spacing w:after="0" w:line="281" w:lineRule="exact"/>
      </w:pPr>
      <w:r>
        <w:rPr>
          <w:rFonts w:ascii="Arial" w:eastAsia="Arial" w:hAnsi="Arial"/>
          <w:color w:val="000000"/>
        </w:rPr>
        <w:t xml:space="preserve"> </w:t>
      </w:r>
    </w:p>
    <w:p w14:paraId="1C0D397A" w14:textId="75BC6586" w:rsidR="00C52B7B" w:rsidRDefault="00C52B7B" w:rsidP="00C52B7B">
      <w:pPr>
        <w:wordWrap w:val="0"/>
        <w:autoSpaceDE w:val="0"/>
        <w:autoSpaceDN w:val="0"/>
        <w:spacing w:after="0" w:line="180" w:lineRule="exact"/>
      </w:pPr>
      <w:r>
        <w:rPr>
          <w:rFonts w:ascii="Arial" w:eastAsia="Arial" w:hAnsi="Arial"/>
          <w:b/>
          <w:color w:val="000000"/>
          <w:sz w:val="18"/>
        </w:rPr>
        <w:t xml:space="preserve">        Remark: Placement</w:t>
      </w:r>
      <w:r>
        <w:rPr>
          <w:rFonts w:ascii="Times New Roman" w:eastAsia="Times New Roman" w:hAnsi="Times New Roman"/>
          <w:b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b/>
          <w:color w:val="000000"/>
          <w:w w:val="99"/>
          <w:sz w:val="18"/>
        </w:rPr>
        <w:t>is</w:t>
      </w:r>
      <w:r>
        <w:rPr>
          <w:rFonts w:ascii="Times New Roman" w:eastAsia="Times New Roman" w:hAnsi="Times New Roman"/>
          <w:b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b/>
          <w:color w:val="000000"/>
          <w:sz w:val="18"/>
        </w:rPr>
        <w:t>subject</w:t>
      </w:r>
      <w:r>
        <w:rPr>
          <w:rFonts w:ascii="Times New Roman" w:eastAsia="Times New Roman" w:hAnsi="Times New Roman"/>
          <w:b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b/>
          <w:color w:val="000000"/>
          <w:sz w:val="18"/>
        </w:rPr>
        <w:t>to</w:t>
      </w:r>
      <w:r>
        <w:rPr>
          <w:rFonts w:ascii="Times New Roman" w:eastAsia="Times New Roman" w:hAnsi="Times New Roman"/>
          <w:b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b/>
          <w:color w:val="000000"/>
          <w:spacing w:val="-1"/>
          <w:sz w:val="18"/>
        </w:rPr>
        <w:t>SBC</w:t>
      </w:r>
      <w:r>
        <w:rPr>
          <w:rFonts w:ascii="Arial" w:eastAsia="Arial" w:hAnsi="Arial"/>
          <w:b/>
          <w:color w:val="000000"/>
          <w:w w:val="101"/>
          <w:sz w:val="18"/>
        </w:rPr>
        <w:t>’s</w:t>
      </w:r>
      <w:r>
        <w:rPr>
          <w:rFonts w:ascii="Times New Roman" w:eastAsia="Times New Roman" w:hAnsi="Times New Roman"/>
          <w:b/>
          <w:color w:val="000000"/>
          <w:spacing w:val="5"/>
          <w:sz w:val="18"/>
        </w:rPr>
        <w:t xml:space="preserve"> </w:t>
      </w:r>
      <w:proofErr w:type="gramStart"/>
      <w:r>
        <w:rPr>
          <w:rFonts w:ascii="Arial" w:eastAsia="Arial" w:hAnsi="Arial"/>
          <w:b/>
          <w:color w:val="000000"/>
          <w:sz w:val="18"/>
        </w:rPr>
        <w:t>discretion</w:t>
      </w:r>
      <w:proofErr w:type="gramEnd"/>
      <w:r>
        <w:rPr>
          <w:rFonts w:ascii="Times New Roman" w:eastAsia="Times New Roman" w:hAnsi="Times New Roman"/>
          <w:b/>
          <w:color w:val="000000"/>
          <w:spacing w:val="3"/>
          <w:sz w:val="18"/>
        </w:rPr>
        <w:t xml:space="preserve"> </w:t>
      </w:r>
      <w:r>
        <w:rPr>
          <w:rFonts w:ascii="Arial" w:eastAsia="Arial" w:hAnsi="Arial"/>
          <w:b/>
          <w:color w:val="000000"/>
          <w:w w:val="101"/>
          <w:sz w:val="18"/>
        </w:rPr>
        <w:t>and</w:t>
      </w:r>
      <w:r>
        <w:rPr>
          <w:rFonts w:ascii="Times New Roman" w:eastAsia="Times New Roman" w:hAnsi="Times New Roman"/>
          <w:b/>
          <w:color w:val="000000"/>
          <w:spacing w:val="8"/>
          <w:sz w:val="18"/>
        </w:rPr>
        <w:t xml:space="preserve"> </w:t>
      </w:r>
      <w:r>
        <w:rPr>
          <w:rFonts w:ascii="Arial" w:eastAsia="Arial" w:hAnsi="Arial"/>
          <w:b/>
          <w:color w:val="000000"/>
          <w:spacing w:val="-3"/>
          <w:sz w:val="18"/>
        </w:rPr>
        <w:t>you</w:t>
      </w:r>
      <w:r>
        <w:rPr>
          <w:rFonts w:ascii="Times New Roman" w:eastAsia="Times New Roman" w:hAnsi="Times New Roman"/>
          <w:b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b/>
          <w:color w:val="000000"/>
          <w:sz w:val="18"/>
        </w:rPr>
        <w:t>may</w:t>
      </w:r>
      <w:r>
        <w:rPr>
          <w:rFonts w:ascii="Times New Roman" w:eastAsia="Times New Roman" w:hAnsi="Times New Roman"/>
          <w:b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b/>
          <w:color w:val="000000"/>
          <w:spacing w:val="1"/>
          <w:sz w:val="18"/>
        </w:rPr>
        <w:t>not</w:t>
      </w:r>
      <w:r>
        <w:rPr>
          <w:rFonts w:ascii="Times New Roman" w:eastAsia="Times New Roman" w:hAnsi="Times New Roman"/>
          <w:b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b/>
          <w:color w:val="000000"/>
          <w:w w:val="101"/>
          <w:sz w:val="18"/>
        </w:rPr>
        <w:t>be</w:t>
      </w:r>
      <w:r>
        <w:rPr>
          <w:rFonts w:ascii="Times New Roman" w:eastAsia="Times New Roman" w:hAnsi="Times New Roman"/>
          <w:b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b/>
          <w:color w:val="000000"/>
          <w:sz w:val="18"/>
        </w:rPr>
        <w:t>placed</w:t>
      </w:r>
      <w:r>
        <w:rPr>
          <w:rFonts w:ascii="Times New Roman" w:eastAsia="Times New Roman" w:hAnsi="Times New Roman"/>
          <w:b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b/>
          <w:color w:val="000000"/>
          <w:sz w:val="18"/>
        </w:rPr>
        <w:t>at</w:t>
      </w:r>
      <w:r>
        <w:rPr>
          <w:rFonts w:ascii="Times New Roman" w:eastAsia="Times New Roman" w:hAnsi="Times New Roman"/>
          <w:b/>
          <w:color w:val="000000"/>
          <w:spacing w:val="8"/>
          <w:sz w:val="18"/>
        </w:rPr>
        <w:t xml:space="preserve"> </w:t>
      </w:r>
      <w:r>
        <w:rPr>
          <w:rFonts w:ascii="Arial" w:eastAsia="Arial" w:hAnsi="Arial"/>
          <w:b/>
          <w:color w:val="000000"/>
          <w:spacing w:val="-2"/>
          <w:sz w:val="18"/>
        </w:rPr>
        <w:t>your</w:t>
      </w:r>
      <w:r>
        <w:rPr>
          <w:rFonts w:ascii="Times New Roman" w:eastAsia="Times New Roman" w:hAnsi="Times New Roman"/>
          <w:b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b/>
          <w:color w:val="000000"/>
          <w:sz w:val="18"/>
        </w:rPr>
        <w:t>most</w:t>
      </w:r>
      <w:r>
        <w:rPr>
          <w:rFonts w:ascii="Times New Roman" w:eastAsia="Times New Roman" w:hAnsi="Times New Roman"/>
          <w:b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b/>
          <w:color w:val="000000"/>
          <w:sz w:val="18"/>
        </w:rPr>
        <w:t>preferred</w:t>
      </w:r>
    </w:p>
    <w:p w14:paraId="4262C3D4" w14:textId="65B6FC06" w:rsidR="00C52B7B" w:rsidRDefault="00C52B7B" w:rsidP="00C52B7B">
      <w:pPr>
        <w:wordWrap w:val="0"/>
        <w:autoSpaceDE w:val="0"/>
        <w:autoSpaceDN w:val="0"/>
        <w:spacing w:after="0" w:line="180" w:lineRule="exact"/>
        <w:ind w:left="789"/>
      </w:pPr>
      <w:r>
        <w:rPr>
          <w:rFonts w:ascii="Arial" w:eastAsia="Arial" w:hAnsi="Arial"/>
          <w:b/>
          <w:color w:val="000000"/>
          <w:sz w:val="18"/>
        </w:rPr>
        <w:t xml:space="preserve">        </w:t>
      </w:r>
      <w:proofErr w:type="spellStart"/>
      <w:r>
        <w:rPr>
          <w:rFonts w:ascii="Arial" w:eastAsia="Arial" w:hAnsi="Arial"/>
          <w:b/>
          <w:color w:val="000000"/>
          <w:sz w:val="18"/>
        </w:rPr>
        <w:t>programme</w:t>
      </w:r>
      <w:proofErr w:type="spellEnd"/>
      <w:r>
        <w:rPr>
          <w:rFonts w:ascii="Arial" w:eastAsia="Arial" w:hAnsi="Arial"/>
          <w:b/>
          <w:color w:val="000000"/>
          <w:w w:val="101"/>
          <w:sz w:val="18"/>
        </w:rPr>
        <w:t>.</w:t>
      </w:r>
    </w:p>
    <w:p w14:paraId="397F8FCD" w14:textId="753EC205" w:rsidR="006E1342" w:rsidRPr="00C52B7B" w:rsidRDefault="006E1342" w:rsidP="00C52B7B">
      <w:pPr>
        <w:wordWrap w:val="0"/>
        <w:autoSpaceDE w:val="0"/>
        <w:autoSpaceDN w:val="0"/>
        <w:spacing w:after="0" w:line="281" w:lineRule="exact"/>
        <w:ind w:left="429"/>
        <w:rPr>
          <w:rFonts w:ascii="Arial" w:eastAsia="Times New Roman" w:hAnsi="Arial" w:cs="Arial"/>
          <w:color w:val="000000"/>
          <w:spacing w:val="7"/>
        </w:rPr>
      </w:pPr>
      <w:r>
        <w:rPr>
          <w:rFonts w:ascii="Arial" w:eastAsia="Arial" w:hAnsi="Arial"/>
        </w:rPr>
        <w:t xml:space="preserve">           </w:t>
      </w:r>
    </w:p>
    <w:p w14:paraId="1E54EA37" w14:textId="3976B49A" w:rsidR="0006036C" w:rsidRDefault="006E1342" w:rsidP="006E1342">
      <w:pPr>
        <w:wordWrap w:val="0"/>
        <w:autoSpaceDE w:val="0"/>
        <w:autoSpaceDN w:val="0"/>
        <w:spacing w:after="0" w:line="281" w:lineRule="exact"/>
        <w:ind w:left="429"/>
      </w:pPr>
      <w:r>
        <w:rPr>
          <w:rFonts w:ascii="Arial" w:eastAsia="Arial" w:hAnsi="Arial"/>
          <w:color w:val="000000"/>
        </w:rPr>
        <w:t xml:space="preserve">             </w:t>
      </w:r>
    </w:p>
    <w:p w14:paraId="32525842" w14:textId="77777777" w:rsidR="0006036C" w:rsidRDefault="0006036C">
      <w:pPr>
        <w:spacing w:after="0"/>
        <w:sectPr w:rsidR="0006036C" w:rsidSect="00C52B7B">
          <w:pgSz w:w="11900" w:h="16840"/>
          <w:pgMar w:top="289" w:right="843" w:bottom="295" w:left="1372" w:header="720" w:footer="720" w:gutter="0"/>
          <w:cols w:space="720" w:equalWidth="0">
            <w:col w:w="9202" w:space="0"/>
          </w:cols>
          <w:docGrid w:linePitch="360"/>
        </w:sectPr>
      </w:pPr>
    </w:p>
    <w:p w14:paraId="1C10B78B" w14:textId="19FB44D3" w:rsidR="0006036C" w:rsidRDefault="006366D9">
      <w:pPr>
        <w:wordWrap w:val="0"/>
        <w:autoSpaceDE w:val="0"/>
        <w:autoSpaceDN w:val="0"/>
        <w:spacing w:before="401" w:after="0" w:line="139" w:lineRule="exact"/>
        <w:ind w:left="69"/>
      </w:pPr>
      <w:r>
        <w:rPr>
          <w:noProof/>
        </w:rPr>
        <w:drawing>
          <wp:anchor distT="0" distB="0" distL="0" distR="0" simplePos="0" relativeHeight="251661312" behindDoc="1" locked="0" layoutInCell="1" allowOverlap="1" wp14:anchorId="267DB2E4" wp14:editId="275ABFDC">
            <wp:simplePos x="0" y="0"/>
            <wp:positionH relativeFrom="page">
              <wp:posOffset>910743</wp:posOffset>
            </wp:positionH>
            <wp:positionV relativeFrom="page">
              <wp:posOffset>10261270</wp:posOffset>
            </wp:positionV>
            <wp:extent cx="5768340" cy="127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834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1342">
        <w:rPr>
          <w:rFonts w:ascii="Arial" w:eastAsia="Arial" w:hAnsi="Arial"/>
          <w:color w:val="000000"/>
          <w:sz w:val="14"/>
        </w:rPr>
        <w:t>SBC</w:t>
      </w:r>
      <w:r w:rsidR="006E1342">
        <w:rPr>
          <w:rFonts w:ascii="Arial" w:eastAsia="Arial" w:hAnsi="Arial"/>
          <w:color w:val="000000"/>
          <w:spacing w:val="-1"/>
          <w:sz w:val="14"/>
        </w:rPr>
        <w:t>-</w:t>
      </w:r>
      <w:r w:rsidR="006E1342">
        <w:rPr>
          <w:rFonts w:ascii="Arial" w:eastAsia="Arial" w:hAnsi="Arial"/>
          <w:color w:val="000000"/>
          <w:sz w:val="14"/>
        </w:rPr>
        <w:t>GDL</w:t>
      </w:r>
      <w:r w:rsidR="006E1342">
        <w:rPr>
          <w:rFonts w:ascii="Arial" w:eastAsia="Arial" w:hAnsi="Arial"/>
          <w:color w:val="000000"/>
          <w:spacing w:val="-1"/>
          <w:sz w:val="14"/>
        </w:rPr>
        <w:t>-</w:t>
      </w:r>
      <w:r w:rsidR="006E1342">
        <w:rPr>
          <w:rFonts w:ascii="Arial" w:eastAsia="Arial" w:hAnsi="Arial"/>
          <w:color w:val="000000"/>
          <w:sz w:val="14"/>
        </w:rPr>
        <w:t>ADM</w:t>
      </w:r>
      <w:r w:rsidR="006E1342">
        <w:rPr>
          <w:rFonts w:ascii="Arial" w:eastAsia="Arial" w:hAnsi="Arial"/>
          <w:color w:val="000000"/>
          <w:spacing w:val="-1"/>
          <w:sz w:val="14"/>
        </w:rPr>
        <w:t>-</w:t>
      </w:r>
      <w:r w:rsidR="006E1342">
        <w:rPr>
          <w:rFonts w:ascii="Arial" w:eastAsia="Arial" w:hAnsi="Arial"/>
          <w:color w:val="000000"/>
          <w:sz w:val="14"/>
        </w:rPr>
        <w:t>0010</w:t>
      </w:r>
      <w:r w:rsidR="006E1342">
        <w:rPr>
          <w:rFonts w:ascii="Times New Roman" w:eastAsia="Times New Roman" w:hAnsi="Times New Roman"/>
          <w:color w:val="000000"/>
          <w:spacing w:val="6"/>
          <w:sz w:val="14"/>
        </w:rPr>
        <w:t xml:space="preserve"> </w:t>
      </w:r>
      <w:r w:rsidR="006E1342">
        <w:rPr>
          <w:rFonts w:ascii="Arial" w:eastAsia="Arial" w:hAnsi="Arial"/>
          <w:color w:val="000000"/>
          <w:sz w:val="14"/>
        </w:rPr>
        <w:t>Industrial</w:t>
      </w:r>
      <w:r w:rsidR="006E1342">
        <w:rPr>
          <w:rFonts w:ascii="Times New Roman" w:eastAsia="Times New Roman" w:hAnsi="Times New Roman"/>
          <w:color w:val="000000"/>
          <w:spacing w:val="3"/>
          <w:sz w:val="14"/>
        </w:rPr>
        <w:t xml:space="preserve"> </w:t>
      </w:r>
      <w:r w:rsidR="006E1342">
        <w:rPr>
          <w:rFonts w:ascii="Arial" w:eastAsia="Arial" w:hAnsi="Arial"/>
          <w:color w:val="000000"/>
          <w:sz w:val="14"/>
        </w:rPr>
        <w:t>Training</w:t>
      </w:r>
      <w:r w:rsidR="006E1342">
        <w:rPr>
          <w:rFonts w:ascii="Times New Roman" w:eastAsia="Times New Roman" w:hAnsi="Times New Roman"/>
          <w:color w:val="000000"/>
          <w:spacing w:val="3"/>
          <w:sz w:val="14"/>
        </w:rPr>
        <w:t xml:space="preserve"> </w:t>
      </w:r>
      <w:r w:rsidR="006E1342">
        <w:rPr>
          <w:rFonts w:ascii="Arial" w:eastAsia="Arial" w:hAnsi="Arial"/>
          <w:color w:val="000000"/>
          <w:sz w:val="14"/>
        </w:rPr>
        <w:t>Application</w:t>
      </w:r>
      <w:r w:rsidR="006E1342">
        <w:rPr>
          <w:rFonts w:ascii="Times New Roman" w:eastAsia="Times New Roman" w:hAnsi="Times New Roman"/>
          <w:color w:val="000000"/>
          <w:spacing w:val="6"/>
          <w:sz w:val="14"/>
        </w:rPr>
        <w:t xml:space="preserve"> </w:t>
      </w:r>
      <w:r w:rsidR="006E1342">
        <w:rPr>
          <w:rFonts w:ascii="Arial" w:eastAsia="Arial" w:hAnsi="Arial"/>
          <w:color w:val="000000"/>
          <w:sz w:val="14"/>
        </w:rPr>
        <w:t>Form</w:t>
      </w:r>
      <w:r w:rsidR="006E1342">
        <w:rPr>
          <w:rFonts w:ascii="Arial" w:eastAsia="Arial" w:hAnsi="Arial"/>
          <w:color w:val="000000"/>
          <w:w w:val="99"/>
          <w:sz w:val="14"/>
        </w:rPr>
        <w:t>,</w:t>
      </w:r>
      <w:r w:rsidR="006E1342">
        <w:rPr>
          <w:rFonts w:ascii="Times New Roman" w:eastAsia="Times New Roman" w:hAnsi="Times New Roman"/>
          <w:color w:val="000000"/>
          <w:spacing w:val="3"/>
          <w:sz w:val="14"/>
        </w:rPr>
        <w:t xml:space="preserve"> </w:t>
      </w:r>
      <w:r w:rsidR="006E1342">
        <w:rPr>
          <w:rFonts w:ascii="Arial" w:eastAsia="Arial" w:hAnsi="Arial"/>
          <w:color w:val="000000"/>
          <w:sz w:val="14"/>
        </w:rPr>
        <w:t>Rev</w:t>
      </w:r>
      <w:r w:rsidR="006E1342">
        <w:rPr>
          <w:rFonts w:ascii="Times New Roman" w:eastAsia="Times New Roman" w:hAnsi="Times New Roman"/>
          <w:color w:val="000000"/>
          <w:spacing w:val="3"/>
          <w:sz w:val="14"/>
        </w:rPr>
        <w:t xml:space="preserve"> </w:t>
      </w:r>
      <w:r w:rsidR="00DD2DB2">
        <w:rPr>
          <w:rFonts w:ascii="Arial" w:eastAsia="Arial" w:hAnsi="Arial"/>
          <w:color w:val="000000"/>
          <w:spacing w:val="-1"/>
          <w:sz w:val="14"/>
        </w:rPr>
        <w:t>2</w:t>
      </w:r>
    </w:p>
    <w:p w14:paraId="485E019F" w14:textId="77777777" w:rsidR="0006036C" w:rsidRDefault="0006036C">
      <w:pPr>
        <w:spacing w:after="0"/>
        <w:sectPr w:rsidR="0006036C">
          <w:type w:val="continuous"/>
          <w:pgSz w:w="11900" w:h="16840"/>
          <w:pgMar w:top="432" w:right="1324" w:bottom="377" w:left="1371" w:header="720" w:footer="720" w:gutter="0"/>
          <w:cols w:num="2" w:space="720" w:equalWidth="0">
            <w:col w:w="5882" w:space="0"/>
            <w:col w:w="3323" w:space="0"/>
          </w:cols>
          <w:docGrid w:linePitch="360"/>
        </w:sectPr>
      </w:pPr>
    </w:p>
    <w:p w14:paraId="59711E75" w14:textId="77777777" w:rsidR="0006036C" w:rsidRDefault="00000000">
      <w:pPr>
        <w:wordWrap w:val="0"/>
        <w:autoSpaceDE w:val="0"/>
        <w:autoSpaceDN w:val="0"/>
        <w:spacing w:before="401" w:after="0" w:line="139" w:lineRule="exact"/>
        <w:ind w:left="1773"/>
      </w:pPr>
      <w:r>
        <w:rPr>
          <w:rFonts w:ascii="Arial" w:eastAsia="Arial" w:hAnsi="Arial"/>
          <w:color w:val="000000"/>
          <w:sz w:val="14"/>
        </w:rPr>
        <w:t>page</w:t>
      </w:r>
      <w:r>
        <w:rPr>
          <w:rFonts w:ascii="Times New Roman" w:eastAsia="Times New Roman" w:hAnsi="Times New Roman"/>
          <w:color w:val="000000"/>
          <w:spacing w:val="3"/>
          <w:sz w:val="14"/>
        </w:rPr>
        <w:t xml:space="preserve"> </w:t>
      </w:r>
      <w:r>
        <w:rPr>
          <w:rFonts w:ascii="Arial" w:eastAsia="Arial" w:hAnsi="Arial"/>
          <w:color w:val="000000"/>
          <w:spacing w:val="-1"/>
          <w:sz w:val="14"/>
        </w:rPr>
        <w:t>1</w:t>
      </w:r>
      <w:r>
        <w:rPr>
          <w:rFonts w:ascii="Times New Roman" w:eastAsia="Times New Roman" w:hAnsi="Times New Roman"/>
          <w:color w:val="000000"/>
          <w:spacing w:val="6"/>
          <w:sz w:val="14"/>
        </w:rPr>
        <w:t xml:space="preserve"> </w:t>
      </w:r>
      <w:r>
        <w:rPr>
          <w:rFonts w:ascii="Arial" w:eastAsia="Arial" w:hAnsi="Arial"/>
          <w:color w:val="000000"/>
          <w:w w:val="99"/>
          <w:sz w:val="14"/>
        </w:rPr>
        <w:t>of</w:t>
      </w:r>
      <w:r>
        <w:rPr>
          <w:rFonts w:ascii="Times New Roman" w:eastAsia="Times New Roman" w:hAnsi="Times New Roman"/>
          <w:color w:val="000000"/>
          <w:spacing w:val="6"/>
          <w:sz w:val="14"/>
        </w:rPr>
        <w:t xml:space="preserve"> </w:t>
      </w:r>
      <w:r>
        <w:rPr>
          <w:rFonts w:ascii="Arial" w:eastAsia="Arial" w:hAnsi="Arial"/>
          <w:color w:val="000000"/>
          <w:spacing w:val="-1"/>
          <w:sz w:val="14"/>
        </w:rPr>
        <w:t>2</w:t>
      </w:r>
    </w:p>
    <w:p w14:paraId="63AA4558" w14:textId="77777777" w:rsidR="0006036C" w:rsidRDefault="0006036C">
      <w:pPr>
        <w:spacing w:after="0"/>
        <w:sectPr w:rsidR="0006036C">
          <w:type w:val="nextColumn"/>
          <w:pgSz w:w="11900" w:h="16840"/>
          <w:pgMar w:top="432" w:right="1324" w:bottom="377" w:left="1371" w:header="720" w:footer="720" w:gutter="0"/>
          <w:cols w:num="2" w:space="720" w:equalWidth="0">
            <w:col w:w="5882" w:space="0"/>
            <w:col w:w="3323" w:space="0"/>
          </w:cols>
          <w:docGrid w:linePitch="360"/>
        </w:sectPr>
      </w:pPr>
    </w:p>
    <w:p w14:paraId="16332ED1" w14:textId="04D9C745" w:rsidR="0006036C" w:rsidRDefault="00000000">
      <w:pPr>
        <w:wordWrap w:val="0"/>
        <w:autoSpaceDE w:val="0"/>
        <w:autoSpaceDN w:val="0"/>
        <w:spacing w:after="215" w:line="14" w:lineRule="exact"/>
      </w:pPr>
      <w:r>
        <w:rPr>
          <w:noProof/>
        </w:rPr>
        <w:lastRenderedPageBreak/>
        <w:drawing>
          <wp:anchor distT="0" distB="0" distL="0" distR="0" simplePos="0" relativeHeight="251658752" behindDoc="1" locked="0" layoutInCell="1" allowOverlap="1" wp14:anchorId="705EE219" wp14:editId="1429774E">
            <wp:simplePos x="0" y="0"/>
            <wp:positionH relativeFrom="page">
              <wp:posOffset>896111</wp:posOffset>
            </wp:positionH>
            <wp:positionV relativeFrom="page">
              <wp:posOffset>1149091</wp:posOffset>
            </wp:positionV>
            <wp:extent cx="5768340" cy="2032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834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97C657" w14:textId="160FF3B8" w:rsidR="0006036C" w:rsidRPr="00C52B7B" w:rsidRDefault="00C52B7B">
      <w:pPr>
        <w:wordWrap w:val="0"/>
        <w:autoSpaceDE w:val="0"/>
        <w:autoSpaceDN w:val="0"/>
        <w:spacing w:before="458" w:after="25" w:line="401" w:lineRule="exact"/>
        <w:ind w:left="1648"/>
        <w:rPr>
          <w:sz w:val="32"/>
          <w:szCs w:val="32"/>
        </w:rPr>
      </w:pPr>
      <w:r>
        <w:rPr>
          <w:noProof/>
        </w:rPr>
        <w:drawing>
          <wp:anchor distT="0" distB="0" distL="0" distR="0" simplePos="0" relativeHeight="251655168" behindDoc="1" locked="0" layoutInCell="1" allowOverlap="1" wp14:anchorId="43E5E1BB" wp14:editId="27E8419A">
            <wp:simplePos x="0" y="0"/>
            <wp:positionH relativeFrom="page">
              <wp:posOffset>6039485</wp:posOffset>
            </wp:positionH>
            <wp:positionV relativeFrom="page">
              <wp:posOffset>454025</wp:posOffset>
            </wp:positionV>
            <wp:extent cx="721360" cy="8509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136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T41o00" w:eastAsia="TT41o00" w:hAnsi="TT41o00"/>
          <w:color w:val="000000"/>
          <w:sz w:val="32"/>
          <w:szCs w:val="32"/>
        </w:rPr>
        <w:t xml:space="preserve">             </w:t>
      </w:r>
      <w:r w:rsidRPr="00C52B7B">
        <w:rPr>
          <w:rFonts w:ascii="TT41o00" w:eastAsia="TT41o00" w:hAnsi="TT41o00"/>
          <w:color w:val="000000"/>
          <w:sz w:val="32"/>
          <w:szCs w:val="32"/>
        </w:rPr>
        <w:t>Sarawak</w:t>
      </w:r>
      <w:r w:rsidRPr="00C52B7B">
        <w:rPr>
          <w:rFonts w:ascii="Times New Roman" w:eastAsia="Times New Roman" w:hAnsi="Times New Roman"/>
          <w:color w:val="000000"/>
          <w:spacing w:val="1"/>
          <w:sz w:val="32"/>
          <w:szCs w:val="32"/>
        </w:rPr>
        <w:t xml:space="preserve"> </w:t>
      </w:r>
      <w:r w:rsidRPr="00C52B7B">
        <w:rPr>
          <w:rFonts w:ascii="TT41o00" w:eastAsia="TT41o00" w:hAnsi="TT41o00"/>
          <w:color w:val="000000"/>
          <w:sz w:val="32"/>
          <w:szCs w:val="32"/>
        </w:rPr>
        <w:t>Biodiversity</w:t>
      </w:r>
      <w:r w:rsidRPr="00C52B7B">
        <w:rPr>
          <w:rFonts w:ascii="Times New Roman" w:eastAsia="Times New Roman" w:hAnsi="Times New Roman"/>
          <w:color w:val="000000"/>
          <w:spacing w:val="1"/>
          <w:sz w:val="32"/>
          <w:szCs w:val="32"/>
        </w:rPr>
        <w:t xml:space="preserve"> </w:t>
      </w:r>
      <w:r w:rsidRPr="00C52B7B">
        <w:rPr>
          <w:rFonts w:ascii="TT41o00" w:eastAsia="TT41o00" w:hAnsi="TT41o00"/>
          <w:color w:val="000000"/>
          <w:sz w:val="32"/>
          <w:szCs w:val="32"/>
        </w:rPr>
        <w:t>Centre</w:t>
      </w:r>
    </w:p>
    <w:p w14:paraId="6523BCD2" w14:textId="0867E101" w:rsidR="00357FA3" w:rsidRPr="006E1342" w:rsidRDefault="00000000" w:rsidP="006E1342">
      <w:pPr>
        <w:wordWrap w:val="0"/>
        <w:autoSpaceDE w:val="0"/>
        <w:autoSpaceDN w:val="0"/>
        <w:spacing w:before="50" w:after="189" w:line="281" w:lineRule="exact"/>
        <w:ind w:left="2313"/>
      </w:pPr>
      <w:r>
        <w:rPr>
          <w:rFonts w:ascii="Times New Roman" w:eastAsia="Times New Roman" w:hAnsi="Times New Roman"/>
          <w:b/>
          <w:color w:val="000000"/>
          <w:sz w:val="28"/>
        </w:rPr>
        <w:t>Industrial Training Application Form</w:t>
      </w:r>
    </w:p>
    <w:p w14:paraId="6F531FC7" w14:textId="644C7B51" w:rsidR="0006036C" w:rsidRDefault="00000000">
      <w:pPr>
        <w:wordWrap w:val="0"/>
        <w:autoSpaceDE w:val="0"/>
        <w:autoSpaceDN w:val="0"/>
        <w:spacing w:before="378" w:after="80" w:line="221" w:lineRule="exact"/>
        <w:ind w:left="69"/>
      </w:pPr>
      <w:r>
        <w:rPr>
          <w:rFonts w:ascii="Arial" w:eastAsia="Arial" w:hAnsi="Arial"/>
          <w:b/>
          <w:color w:val="000000"/>
        </w:rPr>
        <w:t>5</w:t>
      </w:r>
      <w:r>
        <w:rPr>
          <w:rFonts w:ascii="Arial" w:eastAsia="Arial" w:hAnsi="Arial"/>
          <w:b/>
          <w:color w:val="000000"/>
          <w:spacing w:val="-1"/>
        </w:rPr>
        <w:t>.</w:t>
      </w:r>
      <w:r>
        <w:rPr>
          <w:rFonts w:ascii="Times New Roman" w:eastAsia="Times New Roman" w:hAnsi="Times New Roman"/>
          <w:b/>
          <w:color w:val="000000"/>
          <w:spacing w:val="123"/>
        </w:rPr>
        <w:t xml:space="preserve"> </w:t>
      </w:r>
      <w:r>
        <w:rPr>
          <w:rFonts w:ascii="Arial" w:eastAsia="Arial" w:hAnsi="Arial"/>
          <w:b/>
          <w:color w:val="000000"/>
        </w:rPr>
        <w:t>EMERGENCY</w:t>
      </w:r>
      <w:r>
        <w:rPr>
          <w:rFonts w:ascii="Times New Roman" w:eastAsia="Times New Roman" w:hAnsi="Times New Roman"/>
          <w:b/>
          <w:color w:val="000000"/>
          <w:spacing w:val="7"/>
        </w:rPr>
        <w:t xml:space="preserve"> </w:t>
      </w:r>
      <w:r>
        <w:rPr>
          <w:rFonts w:ascii="Arial" w:eastAsia="Arial" w:hAnsi="Arial"/>
          <w:b/>
          <w:color w:val="000000"/>
        </w:rPr>
        <w:t>CONTACT</w:t>
      </w:r>
    </w:p>
    <w:p w14:paraId="62F71A37" w14:textId="77777777" w:rsidR="0006036C" w:rsidRDefault="0006036C">
      <w:pPr>
        <w:spacing w:after="0"/>
        <w:sectPr w:rsidR="0006036C">
          <w:pgSz w:w="11900" w:h="16840"/>
          <w:pgMar w:top="432" w:right="1324" w:bottom="377" w:left="1371" w:header="720" w:footer="720" w:gutter="0"/>
          <w:cols w:space="720" w:equalWidth="0">
            <w:col w:w="9205" w:space="0"/>
          </w:cols>
          <w:docGrid w:linePitch="360"/>
        </w:sectPr>
      </w:pPr>
    </w:p>
    <w:p w14:paraId="3CB592D0" w14:textId="77777777" w:rsidR="0006036C" w:rsidRDefault="00000000">
      <w:pPr>
        <w:wordWrap w:val="0"/>
        <w:autoSpaceDE w:val="0"/>
        <w:autoSpaceDN w:val="0"/>
        <w:spacing w:before="80" w:after="79" w:line="221" w:lineRule="exact"/>
        <w:ind w:left="429"/>
      </w:pPr>
      <w:r>
        <w:rPr>
          <w:rFonts w:ascii="Arial" w:eastAsia="Arial" w:hAnsi="Arial"/>
          <w:color w:val="000000"/>
        </w:rPr>
        <w:t>Name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  <w:w w:val="99"/>
        </w:rPr>
        <w:t>of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proofErr w:type="gramStart"/>
      <w:r>
        <w:rPr>
          <w:rFonts w:ascii="Arial" w:eastAsia="Arial" w:hAnsi="Arial"/>
          <w:color w:val="000000"/>
        </w:rPr>
        <w:t>contact</w:t>
      </w:r>
      <w:r>
        <w:rPr>
          <w:rFonts w:ascii="Times New Roman" w:eastAsia="Times New Roman" w:hAnsi="Times New Roman"/>
          <w:color w:val="000000"/>
          <w:spacing w:val="190"/>
        </w:rPr>
        <w:t xml:space="preserve"> </w:t>
      </w:r>
      <w:r>
        <w:rPr>
          <w:rFonts w:ascii="Arial" w:eastAsia="Arial" w:hAnsi="Arial"/>
          <w:color w:val="000000"/>
          <w:spacing w:val="-1"/>
        </w:rPr>
        <w:t>:</w:t>
      </w:r>
      <w:proofErr w:type="gramEnd"/>
      <w:r>
        <w:rPr>
          <w:rFonts w:ascii="Times New Roman" w:eastAsia="Times New Roman" w:hAnsi="Times New Roman"/>
          <w:color w:val="000000"/>
          <w:spacing w:val="70"/>
        </w:rPr>
        <w:t xml:space="preserve"> </w:t>
      </w:r>
      <w:r>
        <w:rPr>
          <w:rFonts w:ascii="Arial" w:eastAsia="Arial" w:hAnsi="Arial"/>
          <w:color w:val="000000"/>
        </w:rPr>
        <w:t>__________________</w:t>
      </w:r>
    </w:p>
    <w:p w14:paraId="1CCDFF72" w14:textId="77777777" w:rsidR="0006036C" w:rsidRDefault="00000000">
      <w:pPr>
        <w:wordWrap w:val="0"/>
        <w:autoSpaceDE w:val="0"/>
        <w:autoSpaceDN w:val="0"/>
        <w:spacing w:before="158" w:after="206" w:line="221" w:lineRule="exact"/>
        <w:ind w:left="429"/>
      </w:pPr>
      <w:r>
        <w:rPr>
          <w:rFonts w:ascii="Arial" w:eastAsia="Arial" w:hAnsi="Arial"/>
          <w:color w:val="000000"/>
          <w:w w:val="101"/>
        </w:rPr>
        <w:t>Tel</w:t>
      </w:r>
      <w:r>
        <w:rPr>
          <w:rFonts w:ascii="Arial" w:eastAsia="Arial" w:hAnsi="Arial"/>
          <w:color w:val="000000"/>
          <w:spacing w:val="-1"/>
        </w:rPr>
        <w:t>.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  <w:spacing w:val="1"/>
        </w:rPr>
        <w:t>(</w:t>
      </w:r>
      <w:r>
        <w:rPr>
          <w:rFonts w:ascii="Arial" w:eastAsia="Arial" w:hAnsi="Arial"/>
          <w:color w:val="000000"/>
        </w:rPr>
        <w:t>Home</w:t>
      </w:r>
      <w:r>
        <w:rPr>
          <w:rFonts w:ascii="Arial" w:eastAsia="Arial" w:hAnsi="Arial"/>
          <w:color w:val="000000"/>
          <w:spacing w:val="-1"/>
        </w:rPr>
        <w:t>/</w:t>
      </w:r>
      <w:r>
        <w:rPr>
          <w:rFonts w:ascii="Arial" w:eastAsia="Arial" w:hAnsi="Arial"/>
          <w:color w:val="000000"/>
        </w:rPr>
        <w:t>Office</w:t>
      </w:r>
      <w:proofErr w:type="gramStart"/>
      <w:r>
        <w:rPr>
          <w:rFonts w:ascii="Arial" w:eastAsia="Arial" w:hAnsi="Arial"/>
          <w:color w:val="000000"/>
          <w:spacing w:val="-1"/>
        </w:rPr>
        <w:t>)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  <w:spacing w:val="-1"/>
        </w:rPr>
        <w:t>:</w:t>
      </w:r>
      <w:proofErr w:type="gramEnd"/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___________________</w:t>
      </w:r>
    </w:p>
    <w:p w14:paraId="25CD6FA3" w14:textId="77777777" w:rsidR="0006036C" w:rsidRDefault="00000000">
      <w:pPr>
        <w:wordWrap w:val="0"/>
        <w:autoSpaceDE w:val="0"/>
        <w:autoSpaceDN w:val="0"/>
        <w:spacing w:before="411" w:after="80" w:line="221" w:lineRule="exact"/>
        <w:ind w:left="69"/>
      </w:pPr>
      <w:r>
        <w:rPr>
          <w:rFonts w:ascii="Arial" w:eastAsia="Arial" w:hAnsi="Arial"/>
          <w:b/>
          <w:color w:val="000000"/>
        </w:rPr>
        <w:t>6</w:t>
      </w:r>
      <w:r>
        <w:rPr>
          <w:rFonts w:ascii="Arial" w:eastAsia="Arial" w:hAnsi="Arial"/>
          <w:b/>
          <w:color w:val="000000"/>
          <w:spacing w:val="-1"/>
        </w:rPr>
        <w:t>.</w:t>
      </w:r>
      <w:r>
        <w:rPr>
          <w:rFonts w:ascii="Times New Roman" w:eastAsia="Times New Roman" w:hAnsi="Times New Roman"/>
          <w:b/>
          <w:color w:val="000000"/>
          <w:spacing w:val="123"/>
        </w:rPr>
        <w:t xml:space="preserve"> </w:t>
      </w:r>
      <w:r>
        <w:rPr>
          <w:rFonts w:ascii="Arial" w:eastAsia="Arial" w:hAnsi="Arial"/>
          <w:b/>
          <w:color w:val="000000"/>
        </w:rPr>
        <w:t>TERMS</w:t>
      </w:r>
      <w:r>
        <w:rPr>
          <w:rFonts w:ascii="Times New Roman" w:eastAsia="Times New Roman" w:hAnsi="Times New Roman"/>
          <w:b/>
          <w:color w:val="000000"/>
          <w:spacing w:val="12"/>
        </w:rPr>
        <w:t xml:space="preserve"> </w:t>
      </w:r>
      <w:r>
        <w:rPr>
          <w:rFonts w:ascii="Arial" w:eastAsia="Arial" w:hAnsi="Arial"/>
          <w:b/>
          <w:color w:val="000000"/>
          <w:spacing w:val="-2"/>
        </w:rPr>
        <w:t>AND</w:t>
      </w:r>
      <w:r>
        <w:rPr>
          <w:rFonts w:ascii="Times New Roman" w:eastAsia="Times New Roman" w:hAnsi="Times New Roman"/>
          <w:b/>
          <w:color w:val="000000"/>
          <w:spacing w:val="7"/>
        </w:rPr>
        <w:t xml:space="preserve"> </w:t>
      </w:r>
      <w:r>
        <w:rPr>
          <w:rFonts w:ascii="Arial" w:eastAsia="Arial" w:hAnsi="Arial"/>
          <w:b/>
          <w:color w:val="000000"/>
        </w:rPr>
        <w:t>CONDITIONS</w:t>
      </w:r>
    </w:p>
    <w:p w14:paraId="55409508" w14:textId="77777777" w:rsidR="0006036C" w:rsidRDefault="0006036C">
      <w:pPr>
        <w:spacing w:after="0"/>
        <w:sectPr w:rsidR="0006036C">
          <w:type w:val="continuous"/>
          <w:pgSz w:w="11900" w:h="16840"/>
          <w:pgMar w:top="432" w:right="1324" w:bottom="377" w:left="1371" w:header="720" w:footer="720" w:gutter="0"/>
          <w:cols w:num="2" w:space="720" w:equalWidth="0">
            <w:col w:w="5133" w:space="0"/>
            <w:col w:w="4071" w:space="0"/>
          </w:cols>
          <w:docGrid w:linePitch="360"/>
        </w:sectPr>
      </w:pPr>
    </w:p>
    <w:p w14:paraId="29A2456D" w14:textId="77777777" w:rsidR="0006036C" w:rsidRDefault="00000000">
      <w:pPr>
        <w:wordWrap w:val="0"/>
        <w:autoSpaceDE w:val="0"/>
        <w:autoSpaceDN w:val="0"/>
        <w:spacing w:before="80" w:after="79" w:line="221" w:lineRule="exact"/>
        <w:ind w:left="318"/>
      </w:pPr>
      <w:proofErr w:type="gramStart"/>
      <w:r>
        <w:rPr>
          <w:rFonts w:ascii="Arial" w:eastAsia="Arial" w:hAnsi="Arial"/>
          <w:color w:val="000000"/>
        </w:rPr>
        <w:t>Relationship</w:t>
      </w:r>
      <w:r>
        <w:rPr>
          <w:rFonts w:ascii="Times New Roman" w:eastAsia="Times New Roman" w:hAnsi="Times New Roman"/>
          <w:color w:val="000000"/>
          <w:spacing w:val="375"/>
        </w:rPr>
        <w:t xml:space="preserve"> </w:t>
      </w:r>
      <w:r>
        <w:rPr>
          <w:rFonts w:ascii="Arial" w:eastAsia="Arial" w:hAnsi="Arial"/>
          <w:color w:val="000000"/>
          <w:spacing w:val="1"/>
        </w:rPr>
        <w:t>:</w:t>
      </w:r>
      <w:proofErr w:type="gramEnd"/>
      <w:r>
        <w:rPr>
          <w:rFonts w:ascii="Times New Roman" w:eastAsia="Times New Roman" w:hAnsi="Times New Roman"/>
          <w:color w:val="000000"/>
          <w:spacing w:val="43"/>
        </w:rPr>
        <w:t xml:space="preserve"> </w:t>
      </w:r>
      <w:r>
        <w:rPr>
          <w:rFonts w:ascii="Arial" w:eastAsia="Arial" w:hAnsi="Arial"/>
          <w:color w:val="000000"/>
        </w:rPr>
        <w:t>______________</w:t>
      </w:r>
    </w:p>
    <w:p w14:paraId="514E2131" w14:textId="77777777" w:rsidR="0006036C" w:rsidRDefault="00000000">
      <w:pPr>
        <w:wordWrap w:val="0"/>
        <w:autoSpaceDE w:val="0"/>
        <w:autoSpaceDN w:val="0"/>
        <w:spacing w:before="158" w:after="80" w:line="221" w:lineRule="exact"/>
        <w:ind w:left="318"/>
      </w:pPr>
      <w:r>
        <w:rPr>
          <w:rFonts w:ascii="Arial" w:eastAsia="Arial" w:hAnsi="Arial"/>
          <w:color w:val="000000"/>
          <w:w w:val="101"/>
        </w:rPr>
        <w:t>Tel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  <w:spacing w:val="-1"/>
        </w:rPr>
        <w:t>No</w:t>
      </w:r>
      <w:r>
        <w:rPr>
          <w:rFonts w:ascii="Arial" w:eastAsia="Arial" w:hAnsi="Arial"/>
          <w:color w:val="000000"/>
          <w:spacing w:val="1"/>
        </w:rPr>
        <w:t>.</w:t>
      </w:r>
      <w:r>
        <w:rPr>
          <w:rFonts w:ascii="Times New Roman" w:eastAsia="Times New Roman" w:hAnsi="Times New Roman"/>
          <w:color w:val="000000"/>
          <w:spacing w:val="5"/>
        </w:rPr>
        <w:t xml:space="preserve"> </w:t>
      </w:r>
      <w:r>
        <w:rPr>
          <w:rFonts w:ascii="Arial" w:eastAsia="Arial" w:hAnsi="Arial"/>
          <w:color w:val="000000"/>
          <w:spacing w:val="1"/>
        </w:rPr>
        <w:t>(</w:t>
      </w:r>
      <w:r>
        <w:rPr>
          <w:rFonts w:ascii="Arial" w:eastAsia="Arial" w:hAnsi="Arial"/>
          <w:color w:val="000000"/>
        </w:rPr>
        <w:t>Mobile</w:t>
      </w:r>
      <w:proofErr w:type="gramStart"/>
      <w:r>
        <w:rPr>
          <w:rFonts w:ascii="Arial" w:eastAsia="Arial" w:hAnsi="Arial"/>
          <w:color w:val="000000"/>
          <w:spacing w:val="1"/>
        </w:rPr>
        <w:t>)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  <w:spacing w:val="-1"/>
        </w:rPr>
        <w:t>:</w:t>
      </w:r>
      <w:proofErr w:type="gramEnd"/>
      <w:r>
        <w:rPr>
          <w:rFonts w:ascii="Times New Roman" w:eastAsia="Times New Roman" w:hAnsi="Times New Roman"/>
          <w:color w:val="000000"/>
          <w:spacing w:val="58"/>
        </w:rPr>
        <w:t xml:space="preserve"> </w:t>
      </w:r>
      <w:r>
        <w:rPr>
          <w:rFonts w:ascii="Arial" w:eastAsia="Arial" w:hAnsi="Arial"/>
          <w:color w:val="000000"/>
        </w:rPr>
        <w:t>______________</w:t>
      </w:r>
    </w:p>
    <w:p w14:paraId="3D5C304A" w14:textId="77777777" w:rsidR="0006036C" w:rsidRDefault="0006036C">
      <w:pPr>
        <w:spacing w:after="0"/>
        <w:sectPr w:rsidR="0006036C">
          <w:type w:val="nextColumn"/>
          <w:pgSz w:w="11900" w:h="16840"/>
          <w:pgMar w:top="432" w:right="1324" w:bottom="377" w:left="1371" w:header="720" w:footer="720" w:gutter="0"/>
          <w:cols w:num="2" w:space="720" w:equalWidth="0">
            <w:col w:w="5133" w:space="0"/>
            <w:col w:w="4071" w:space="0"/>
          </w:cols>
          <w:docGrid w:linePitch="360"/>
        </w:sectPr>
      </w:pPr>
    </w:p>
    <w:p w14:paraId="14B55868" w14:textId="77777777" w:rsidR="0006036C" w:rsidRDefault="00000000">
      <w:pPr>
        <w:wordWrap w:val="0"/>
        <w:autoSpaceDE w:val="0"/>
        <w:autoSpaceDN w:val="0"/>
        <w:spacing w:before="80" w:after="15" w:line="221" w:lineRule="exact"/>
        <w:ind w:left="429"/>
      </w:pPr>
      <w:r>
        <w:rPr>
          <w:rFonts w:ascii="Arial" w:eastAsia="Arial" w:hAnsi="Arial"/>
          <w:color w:val="000000"/>
          <w:spacing w:val="1"/>
        </w:rPr>
        <w:t>(</w:t>
      </w:r>
      <w:r>
        <w:rPr>
          <w:rFonts w:ascii="Arial" w:eastAsia="Arial" w:hAnsi="Arial"/>
          <w:color w:val="000000"/>
        </w:rPr>
        <w:t>a</w:t>
      </w:r>
      <w:r>
        <w:rPr>
          <w:rFonts w:ascii="Arial" w:eastAsia="Arial" w:hAnsi="Arial"/>
          <w:color w:val="000000"/>
          <w:spacing w:val="-1"/>
        </w:rPr>
        <w:t>)</w:t>
      </w:r>
      <w:r>
        <w:rPr>
          <w:rFonts w:ascii="Times New Roman" w:eastAsia="Times New Roman" w:hAnsi="Times New Roman"/>
          <w:color w:val="000000"/>
          <w:spacing w:val="36"/>
        </w:rPr>
        <w:t xml:space="preserve"> </w:t>
      </w:r>
      <w:r>
        <w:rPr>
          <w:rFonts w:ascii="Arial" w:eastAsia="Arial" w:hAnsi="Arial"/>
          <w:color w:val="000000"/>
        </w:rPr>
        <w:t>This</w:t>
      </w:r>
      <w:r>
        <w:rPr>
          <w:rFonts w:ascii="Times New Roman" w:eastAsia="Times New Roman" w:hAnsi="Times New Roman"/>
          <w:color w:val="000000"/>
          <w:spacing w:val="34"/>
        </w:rPr>
        <w:t xml:space="preserve"> </w:t>
      </w:r>
      <w:r>
        <w:rPr>
          <w:rFonts w:ascii="Arial" w:eastAsia="Arial" w:hAnsi="Arial"/>
          <w:color w:val="000000"/>
        </w:rPr>
        <w:t>application</w:t>
      </w:r>
      <w:r>
        <w:rPr>
          <w:rFonts w:ascii="Times New Roman" w:eastAsia="Times New Roman" w:hAnsi="Times New Roman"/>
          <w:color w:val="000000"/>
          <w:spacing w:val="31"/>
        </w:rPr>
        <w:t xml:space="preserve"> </w:t>
      </w:r>
      <w:r>
        <w:rPr>
          <w:rFonts w:ascii="Arial" w:eastAsia="Arial" w:hAnsi="Arial"/>
          <w:color w:val="000000"/>
          <w:spacing w:val="1"/>
        </w:rPr>
        <w:t>form</w:t>
      </w:r>
      <w:r>
        <w:rPr>
          <w:rFonts w:ascii="Times New Roman" w:eastAsia="Times New Roman" w:hAnsi="Times New Roman"/>
          <w:color w:val="000000"/>
          <w:spacing w:val="34"/>
        </w:rPr>
        <w:t xml:space="preserve"> </w:t>
      </w:r>
      <w:r>
        <w:rPr>
          <w:rFonts w:ascii="Arial" w:eastAsia="Arial" w:hAnsi="Arial"/>
          <w:color w:val="000000"/>
        </w:rPr>
        <w:t>must</w:t>
      </w:r>
      <w:r>
        <w:rPr>
          <w:rFonts w:ascii="Times New Roman" w:eastAsia="Times New Roman" w:hAnsi="Times New Roman"/>
          <w:color w:val="000000"/>
          <w:spacing w:val="34"/>
        </w:rPr>
        <w:t xml:space="preserve"> </w:t>
      </w:r>
      <w:r>
        <w:rPr>
          <w:rFonts w:ascii="Arial" w:eastAsia="Arial" w:hAnsi="Arial"/>
          <w:color w:val="000000"/>
        </w:rPr>
        <w:t>be</w:t>
      </w:r>
      <w:r>
        <w:rPr>
          <w:rFonts w:ascii="Times New Roman" w:eastAsia="Times New Roman" w:hAnsi="Times New Roman"/>
          <w:color w:val="000000"/>
          <w:spacing w:val="34"/>
        </w:rPr>
        <w:t xml:space="preserve"> </w:t>
      </w:r>
      <w:proofErr w:type="gramStart"/>
      <w:r>
        <w:rPr>
          <w:rFonts w:ascii="Arial" w:eastAsia="Arial" w:hAnsi="Arial"/>
          <w:color w:val="000000"/>
        </w:rPr>
        <w:t>completed</w:t>
      </w:r>
      <w:proofErr w:type="gramEnd"/>
      <w:r>
        <w:rPr>
          <w:rFonts w:ascii="Times New Roman" w:eastAsia="Times New Roman" w:hAnsi="Times New Roman"/>
          <w:color w:val="000000"/>
          <w:spacing w:val="34"/>
        </w:rPr>
        <w:t xml:space="preserve"> </w:t>
      </w:r>
      <w:r>
        <w:rPr>
          <w:rFonts w:ascii="Arial" w:eastAsia="Arial" w:hAnsi="Arial"/>
          <w:color w:val="000000"/>
        </w:rPr>
        <w:t>and</w:t>
      </w:r>
      <w:r>
        <w:rPr>
          <w:rFonts w:ascii="Times New Roman" w:eastAsia="Times New Roman" w:hAnsi="Times New Roman"/>
          <w:color w:val="000000"/>
          <w:spacing w:val="34"/>
        </w:rPr>
        <w:t xml:space="preserve"> </w:t>
      </w:r>
      <w:r>
        <w:rPr>
          <w:rFonts w:ascii="Arial" w:eastAsia="Arial" w:hAnsi="Arial"/>
          <w:color w:val="000000"/>
          <w:spacing w:val="-1"/>
        </w:rPr>
        <w:t>all</w:t>
      </w:r>
      <w:r>
        <w:rPr>
          <w:rFonts w:ascii="Times New Roman" w:eastAsia="Times New Roman" w:hAnsi="Times New Roman"/>
          <w:color w:val="000000"/>
          <w:spacing w:val="34"/>
        </w:rPr>
        <w:t xml:space="preserve"> </w:t>
      </w:r>
      <w:r>
        <w:rPr>
          <w:rFonts w:ascii="Arial" w:eastAsia="Arial" w:hAnsi="Arial"/>
          <w:color w:val="000000"/>
        </w:rPr>
        <w:t>the</w:t>
      </w:r>
      <w:r>
        <w:rPr>
          <w:rFonts w:ascii="Times New Roman" w:eastAsia="Times New Roman" w:hAnsi="Times New Roman"/>
          <w:color w:val="000000"/>
          <w:spacing w:val="34"/>
        </w:rPr>
        <w:t xml:space="preserve"> </w:t>
      </w:r>
      <w:r>
        <w:rPr>
          <w:rFonts w:ascii="Arial" w:eastAsia="Arial" w:hAnsi="Arial"/>
          <w:color w:val="000000"/>
        </w:rPr>
        <w:t>required</w:t>
      </w:r>
      <w:r>
        <w:rPr>
          <w:rFonts w:ascii="Times New Roman" w:eastAsia="Times New Roman" w:hAnsi="Times New Roman"/>
          <w:color w:val="000000"/>
          <w:spacing w:val="34"/>
        </w:rPr>
        <w:t xml:space="preserve"> </w:t>
      </w:r>
      <w:r>
        <w:rPr>
          <w:rFonts w:ascii="Arial" w:eastAsia="Arial" w:hAnsi="Arial"/>
          <w:color w:val="000000"/>
        </w:rPr>
        <w:t>documents</w:t>
      </w:r>
      <w:r>
        <w:rPr>
          <w:rFonts w:ascii="Times New Roman" w:eastAsia="Times New Roman" w:hAnsi="Times New Roman"/>
          <w:color w:val="000000"/>
          <w:spacing w:val="34"/>
        </w:rPr>
        <w:t xml:space="preserve"> </w:t>
      </w:r>
      <w:r>
        <w:rPr>
          <w:rFonts w:ascii="Arial" w:eastAsia="Arial" w:hAnsi="Arial"/>
          <w:color w:val="000000"/>
        </w:rPr>
        <w:t>attached</w:t>
      </w:r>
      <w:r>
        <w:rPr>
          <w:rFonts w:ascii="Arial" w:eastAsia="Arial" w:hAnsi="Arial"/>
          <w:color w:val="000000"/>
          <w:spacing w:val="-1"/>
        </w:rPr>
        <w:t>.</w:t>
      </w:r>
    </w:p>
    <w:p w14:paraId="0C0D593D" w14:textId="77777777" w:rsidR="0006036C" w:rsidRDefault="00000000">
      <w:pPr>
        <w:wordWrap w:val="0"/>
        <w:autoSpaceDE w:val="0"/>
        <w:autoSpaceDN w:val="0"/>
        <w:spacing w:before="31" w:after="62" w:line="221" w:lineRule="exact"/>
        <w:ind w:left="789"/>
      </w:pPr>
      <w:r>
        <w:rPr>
          <w:rFonts w:ascii="Arial" w:eastAsia="Arial" w:hAnsi="Arial"/>
          <w:color w:val="000000"/>
        </w:rPr>
        <w:t>Applications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containing</w:t>
      </w:r>
      <w:r>
        <w:rPr>
          <w:rFonts w:ascii="Times New Roman" w:eastAsia="Times New Roman" w:hAnsi="Times New Roman"/>
          <w:color w:val="000000"/>
          <w:spacing w:val="5"/>
        </w:rPr>
        <w:t xml:space="preserve"> </w:t>
      </w:r>
      <w:r>
        <w:rPr>
          <w:rFonts w:ascii="Arial" w:eastAsia="Arial" w:hAnsi="Arial"/>
          <w:color w:val="000000"/>
        </w:rPr>
        <w:t>false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  <w:w w:val="101"/>
        </w:rPr>
        <w:t>or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incomplete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information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  <w:spacing w:val="-1"/>
        </w:rPr>
        <w:t>will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be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considered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  <w:w w:val="99"/>
        </w:rPr>
        <w:t>void</w:t>
      </w:r>
      <w:r>
        <w:rPr>
          <w:rFonts w:ascii="Arial" w:eastAsia="Arial" w:hAnsi="Arial"/>
          <w:color w:val="000000"/>
          <w:spacing w:val="1"/>
        </w:rPr>
        <w:t>.</w:t>
      </w:r>
    </w:p>
    <w:p w14:paraId="67ACE0B4" w14:textId="61F91834" w:rsidR="0006036C" w:rsidRDefault="00000000" w:rsidP="006366D9">
      <w:pPr>
        <w:wordWrap w:val="0"/>
        <w:autoSpaceDE w:val="0"/>
        <w:autoSpaceDN w:val="0"/>
        <w:spacing w:before="125" w:after="62" w:line="221" w:lineRule="exact"/>
        <w:ind w:left="429"/>
      </w:pPr>
      <w:r>
        <w:rPr>
          <w:rFonts w:ascii="Arial" w:eastAsia="Arial" w:hAnsi="Arial"/>
          <w:color w:val="000000"/>
          <w:spacing w:val="1"/>
        </w:rPr>
        <w:t>(</w:t>
      </w:r>
      <w:r>
        <w:rPr>
          <w:rFonts w:ascii="Arial" w:eastAsia="Arial" w:hAnsi="Arial"/>
          <w:color w:val="000000"/>
        </w:rPr>
        <w:t>b</w:t>
      </w:r>
      <w:r>
        <w:rPr>
          <w:rFonts w:ascii="Arial" w:eastAsia="Arial" w:hAnsi="Arial"/>
          <w:color w:val="000000"/>
          <w:spacing w:val="-1"/>
        </w:rPr>
        <w:t>)</w:t>
      </w:r>
      <w:r>
        <w:rPr>
          <w:rFonts w:ascii="Times New Roman" w:eastAsia="Times New Roman" w:hAnsi="Times New Roman"/>
          <w:color w:val="000000"/>
          <w:spacing w:val="36"/>
        </w:rPr>
        <w:t xml:space="preserve"> </w:t>
      </w:r>
      <w:r>
        <w:rPr>
          <w:rFonts w:ascii="Arial" w:eastAsia="Arial" w:hAnsi="Arial"/>
          <w:color w:val="000000"/>
        </w:rPr>
        <w:t>Replacements</w:t>
      </w:r>
      <w:r>
        <w:rPr>
          <w:rFonts w:ascii="Arial" w:eastAsia="Arial" w:hAnsi="Arial"/>
          <w:color w:val="000000"/>
          <w:spacing w:val="1"/>
        </w:rPr>
        <w:t>,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other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than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the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applicant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himself</w:t>
      </w:r>
      <w:r>
        <w:rPr>
          <w:rFonts w:ascii="Arial" w:eastAsia="Arial" w:hAnsi="Arial"/>
          <w:color w:val="000000"/>
          <w:spacing w:val="1"/>
        </w:rPr>
        <w:t>/</w:t>
      </w:r>
      <w:r>
        <w:rPr>
          <w:rFonts w:ascii="Arial" w:eastAsia="Arial" w:hAnsi="Arial"/>
          <w:color w:val="000000"/>
        </w:rPr>
        <w:t>herself</w:t>
      </w:r>
      <w:r>
        <w:rPr>
          <w:rFonts w:ascii="Arial" w:eastAsia="Arial" w:hAnsi="Arial"/>
          <w:color w:val="000000"/>
          <w:spacing w:val="-1"/>
        </w:rPr>
        <w:t>;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shall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not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  <w:spacing w:val="-1"/>
        </w:rPr>
        <w:t>be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accepted</w:t>
      </w:r>
      <w:r>
        <w:rPr>
          <w:rFonts w:ascii="Arial" w:eastAsia="Arial" w:hAnsi="Arial"/>
          <w:color w:val="000000"/>
          <w:spacing w:val="1"/>
        </w:rPr>
        <w:t>.</w:t>
      </w:r>
    </w:p>
    <w:p w14:paraId="6E3552D9" w14:textId="5C302C3A" w:rsidR="0006036C" w:rsidRDefault="00000000">
      <w:pPr>
        <w:wordWrap w:val="0"/>
        <w:autoSpaceDE w:val="0"/>
        <w:autoSpaceDN w:val="0"/>
        <w:spacing w:before="125" w:after="61" w:line="221" w:lineRule="exact"/>
        <w:ind w:left="429"/>
      </w:pPr>
      <w:r>
        <w:rPr>
          <w:rFonts w:ascii="Arial" w:eastAsia="Arial" w:hAnsi="Arial"/>
          <w:color w:val="000000"/>
          <w:spacing w:val="1"/>
        </w:rPr>
        <w:t>(</w:t>
      </w:r>
      <w:r w:rsidR="006366D9">
        <w:rPr>
          <w:rFonts w:ascii="Arial" w:eastAsia="Arial" w:hAnsi="Arial"/>
          <w:color w:val="000000"/>
        </w:rPr>
        <w:t>c</w:t>
      </w:r>
      <w:r>
        <w:rPr>
          <w:rFonts w:ascii="Arial" w:eastAsia="Arial" w:hAnsi="Arial"/>
          <w:color w:val="000000"/>
          <w:spacing w:val="-1"/>
        </w:rPr>
        <w:t>)</w:t>
      </w:r>
      <w:r>
        <w:rPr>
          <w:rFonts w:ascii="Times New Roman" w:eastAsia="Times New Roman" w:hAnsi="Times New Roman"/>
          <w:color w:val="000000"/>
          <w:spacing w:val="36"/>
        </w:rPr>
        <w:t xml:space="preserve"> </w:t>
      </w:r>
      <w:r>
        <w:rPr>
          <w:rFonts w:ascii="Arial" w:eastAsia="Arial" w:hAnsi="Arial"/>
          <w:color w:val="000000"/>
        </w:rPr>
        <w:t>Accommodation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  <w:w w:val="99"/>
        </w:rPr>
        <w:t>and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transportation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  <w:spacing w:val="-1"/>
        </w:rPr>
        <w:t>will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not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be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provided</w:t>
      </w:r>
      <w:r>
        <w:rPr>
          <w:rFonts w:ascii="Arial" w:eastAsia="Arial" w:hAnsi="Arial"/>
          <w:color w:val="000000"/>
          <w:spacing w:val="1"/>
        </w:rPr>
        <w:t>.</w:t>
      </w:r>
    </w:p>
    <w:p w14:paraId="0EB83989" w14:textId="75CCEA21" w:rsidR="0006036C" w:rsidRDefault="00000000">
      <w:pPr>
        <w:wordWrap w:val="0"/>
        <w:autoSpaceDE w:val="0"/>
        <w:autoSpaceDN w:val="0"/>
        <w:spacing w:before="122" w:after="72" w:line="221" w:lineRule="exact"/>
        <w:ind w:left="429"/>
      </w:pPr>
      <w:r>
        <w:rPr>
          <w:rFonts w:ascii="Arial" w:eastAsia="Arial" w:hAnsi="Arial"/>
          <w:color w:val="000000"/>
          <w:spacing w:val="1"/>
        </w:rPr>
        <w:t>(</w:t>
      </w:r>
      <w:r w:rsidR="006366D9">
        <w:rPr>
          <w:rFonts w:ascii="Arial" w:eastAsia="Arial" w:hAnsi="Arial"/>
          <w:color w:val="000000"/>
        </w:rPr>
        <w:t>d</w:t>
      </w:r>
      <w:r>
        <w:rPr>
          <w:rFonts w:ascii="Arial" w:eastAsia="Arial" w:hAnsi="Arial"/>
          <w:color w:val="000000"/>
          <w:spacing w:val="-1"/>
        </w:rPr>
        <w:t>)</w:t>
      </w:r>
      <w:r>
        <w:rPr>
          <w:rFonts w:ascii="Times New Roman" w:eastAsia="Times New Roman" w:hAnsi="Times New Roman"/>
          <w:color w:val="000000"/>
          <w:spacing w:val="36"/>
        </w:rPr>
        <w:t xml:space="preserve"> </w:t>
      </w:r>
      <w:r>
        <w:rPr>
          <w:rFonts w:ascii="Arial" w:eastAsia="Arial" w:hAnsi="Arial"/>
          <w:color w:val="000000"/>
        </w:rPr>
        <w:t>Insurance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coverage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  <w:w w:val="99"/>
        </w:rPr>
        <w:t>and</w:t>
      </w:r>
      <w:r>
        <w:rPr>
          <w:rFonts w:ascii="Times New Roman" w:eastAsia="Times New Roman" w:hAnsi="Times New Roman"/>
          <w:color w:val="000000"/>
          <w:spacing w:val="5"/>
        </w:rPr>
        <w:t xml:space="preserve"> </w:t>
      </w:r>
      <w:r>
        <w:rPr>
          <w:rFonts w:ascii="Arial" w:eastAsia="Arial" w:hAnsi="Arial"/>
          <w:color w:val="000000"/>
        </w:rPr>
        <w:t>medical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protection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  <w:w w:val="99"/>
        </w:rPr>
        <w:t>will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not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  <w:spacing w:val="-1"/>
        </w:rPr>
        <w:t>be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provided</w:t>
      </w:r>
      <w:r>
        <w:rPr>
          <w:rFonts w:ascii="Arial" w:eastAsia="Arial" w:hAnsi="Arial"/>
          <w:color w:val="000000"/>
          <w:spacing w:val="1"/>
        </w:rPr>
        <w:t>.</w:t>
      </w:r>
    </w:p>
    <w:p w14:paraId="7B62E494" w14:textId="65C60F4B" w:rsidR="0006036C" w:rsidRPr="00C52B7B" w:rsidRDefault="006366D9" w:rsidP="006366D9">
      <w:pPr>
        <w:wordWrap w:val="0"/>
        <w:autoSpaceDE w:val="0"/>
        <w:autoSpaceDN w:val="0"/>
        <w:spacing w:before="144" w:after="23" w:line="222" w:lineRule="exact"/>
        <w:ind w:left="709" w:right="-151" w:hanging="709"/>
        <w:rPr>
          <w:rFonts w:ascii="Arial" w:eastAsia="TT4Fo00" w:hAnsi="Arial" w:cs="Arial"/>
          <w:color w:val="000000"/>
        </w:rPr>
      </w:pPr>
      <w:r>
        <w:rPr>
          <w:rFonts w:ascii="Arial" w:eastAsia="TT4Fo00" w:hAnsi="Arial" w:cs="Arial"/>
          <w:color w:val="000000"/>
        </w:rPr>
        <w:t xml:space="preserve">       (e) </w:t>
      </w:r>
      <w:r w:rsidR="00000000" w:rsidRPr="00C52B7B">
        <w:rPr>
          <w:rFonts w:ascii="Arial" w:eastAsia="TT4Fo00" w:hAnsi="Arial" w:cs="Arial"/>
          <w:color w:val="000000"/>
        </w:rPr>
        <w:t>Students</w:t>
      </w:r>
      <w:r w:rsidR="00000000" w:rsidRPr="00C52B7B">
        <w:rPr>
          <w:rFonts w:ascii="Arial" w:eastAsia="Times New Roman" w:hAnsi="Arial" w:cs="Arial"/>
          <w:color w:val="000000"/>
          <w:spacing w:val="96"/>
        </w:rPr>
        <w:t xml:space="preserve"> </w:t>
      </w:r>
      <w:r w:rsidR="00000000" w:rsidRPr="00C52B7B">
        <w:rPr>
          <w:rFonts w:ascii="Arial" w:eastAsia="TT4Fo00" w:hAnsi="Arial" w:cs="Arial"/>
          <w:color w:val="000000"/>
        </w:rPr>
        <w:t>are</w:t>
      </w:r>
      <w:r w:rsidR="00000000" w:rsidRPr="00C52B7B">
        <w:rPr>
          <w:rFonts w:ascii="Arial" w:eastAsia="Times New Roman" w:hAnsi="Arial" w:cs="Arial"/>
          <w:color w:val="000000"/>
          <w:spacing w:val="96"/>
        </w:rPr>
        <w:t xml:space="preserve"> </w:t>
      </w:r>
      <w:r w:rsidR="00000000" w:rsidRPr="00C52B7B">
        <w:rPr>
          <w:rFonts w:ascii="Arial" w:eastAsia="TT4Fo00" w:hAnsi="Arial" w:cs="Arial"/>
          <w:color w:val="000000"/>
        </w:rPr>
        <w:t>required</w:t>
      </w:r>
      <w:r w:rsidR="00000000" w:rsidRPr="00C52B7B">
        <w:rPr>
          <w:rFonts w:ascii="Arial" w:eastAsia="Times New Roman" w:hAnsi="Arial" w:cs="Arial"/>
          <w:color w:val="000000"/>
          <w:spacing w:val="99"/>
        </w:rPr>
        <w:t xml:space="preserve"> </w:t>
      </w:r>
      <w:r w:rsidR="00000000" w:rsidRPr="00C52B7B">
        <w:rPr>
          <w:rFonts w:ascii="Arial" w:eastAsia="TT4Fo00" w:hAnsi="Arial" w:cs="Arial"/>
          <w:color w:val="000000"/>
        </w:rPr>
        <w:t>to</w:t>
      </w:r>
      <w:r w:rsidR="00000000" w:rsidRPr="00C52B7B">
        <w:rPr>
          <w:rFonts w:ascii="Arial" w:eastAsia="Times New Roman" w:hAnsi="Arial" w:cs="Arial"/>
          <w:color w:val="000000"/>
          <w:spacing w:val="96"/>
        </w:rPr>
        <w:t xml:space="preserve"> </w:t>
      </w:r>
      <w:r w:rsidR="00000000" w:rsidRPr="00C52B7B">
        <w:rPr>
          <w:rFonts w:ascii="Arial" w:eastAsia="TT4Fo00" w:hAnsi="Arial" w:cs="Arial"/>
          <w:color w:val="000000"/>
        </w:rPr>
        <w:t>sign</w:t>
      </w:r>
      <w:r w:rsidR="00000000" w:rsidRPr="00C52B7B">
        <w:rPr>
          <w:rFonts w:ascii="Arial" w:eastAsia="Times New Roman" w:hAnsi="Arial" w:cs="Arial"/>
          <w:color w:val="000000"/>
          <w:spacing w:val="96"/>
        </w:rPr>
        <w:t xml:space="preserve"> </w:t>
      </w:r>
      <w:proofErr w:type="gramStart"/>
      <w:r w:rsidR="00000000" w:rsidRPr="00C52B7B">
        <w:rPr>
          <w:rFonts w:ascii="Arial" w:eastAsia="TT4Fo00" w:hAnsi="Arial" w:cs="Arial"/>
          <w:color w:val="000000"/>
        </w:rPr>
        <w:t>a</w:t>
      </w:r>
      <w:proofErr w:type="gramEnd"/>
      <w:r w:rsidR="00000000" w:rsidRPr="00C52B7B">
        <w:rPr>
          <w:rFonts w:ascii="Arial" w:eastAsia="Times New Roman" w:hAnsi="Arial" w:cs="Arial"/>
          <w:color w:val="000000"/>
          <w:spacing w:val="96"/>
        </w:rPr>
        <w:t xml:space="preserve"> </w:t>
      </w:r>
      <w:r w:rsidR="00C52B7B">
        <w:rPr>
          <w:rFonts w:ascii="Arial" w:eastAsia="TT4Fo00" w:hAnsi="Arial" w:cs="Arial"/>
          <w:color w:val="000000"/>
        </w:rPr>
        <w:t xml:space="preserve">Undertaking </w:t>
      </w:r>
      <w:r w:rsidR="00000000" w:rsidRPr="00C52B7B">
        <w:rPr>
          <w:rFonts w:ascii="Arial" w:eastAsia="TT4Fo00" w:hAnsi="Arial" w:cs="Arial"/>
          <w:color w:val="000000"/>
        </w:rPr>
        <w:t>Agreement.</w:t>
      </w:r>
      <w:r w:rsidR="00000000" w:rsidRPr="00C52B7B">
        <w:rPr>
          <w:rFonts w:ascii="Arial" w:eastAsia="Times New Roman" w:hAnsi="Arial" w:cs="Arial"/>
          <w:color w:val="000000"/>
          <w:spacing w:val="94"/>
        </w:rPr>
        <w:t xml:space="preserve"> </w:t>
      </w:r>
      <w:r w:rsidR="00000000" w:rsidRPr="00C52B7B">
        <w:rPr>
          <w:rFonts w:ascii="Arial" w:eastAsia="TT4Fo00" w:hAnsi="Arial" w:cs="Arial"/>
          <w:color w:val="000000"/>
        </w:rPr>
        <w:t>SBC</w:t>
      </w:r>
      <w:r w:rsidR="00000000" w:rsidRPr="00C52B7B">
        <w:rPr>
          <w:rFonts w:ascii="Arial" w:eastAsia="Times New Roman" w:hAnsi="Arial" w:cs="Arial"/>
          <w:color w:val="000000"/>
          <w:spacing w:val="22"/>
        </w:rPr>
        <w:t xml:space="preserve"> </w:t>
      </w:r>
      <w:r w:rsidR="00000000" w:rsidRPr="00C52B7B">
        <w:rPr>
          <w:rFonts w:ascii="Arial" w:eastAsia="TT4Fo00" w:hAnsi="Arial" w:cs="Arial"/>
          <w:color w:val="000000"/>
        </w:rPr>
        <w:t>shall</w:t>
      </w:r>
      <w:r w:rsidR="00000000" w:rsidRPr="00C52B7B">
        <w:rPr>
          <w:rFonts w:ascii="Arial" w:eastAsia="Times New Roman" w:hAnsi="Arial" w:cs="Arial"/>
          <w:color w:val="000000"/>
          <w:spacing w:val="22"/>
        </w:rPr>
        <w:t xml:space="preserve"> </w:t>
      </w:r>
      <w:r w:rsidR="00000000" w:rsidRPr="00C52B7B">
        <w:rPr>
          <w:rFonts w:ascii="Arial" w:eastAsia="TT4Fo00" w:hAnsi="Arial" w:cs="Arial"/>
          <w:color w:val="000000"/>
        </w:rPr>
        <w:t>not</w:t>
      </w:r>
      <w:r w:rsidR="00000000" w:rsidRPr="00C52B7B">
        <w:rPr>
          <w:rFonts w:ascii="Arial" w:eastAsia="Times New Roman" w:hAnsi="Arial" w:cs="Arial"/>
          <w:color w:val="000000"/>
          <w:spacing w:val="22"/>
        </w:rPr>
        <w:t xml:space="preserve"> </w:t>
      </w:r>
      <w:r w:rsidR="00000000" w:rsidRPr="00C52B7B">
        <w:rPr>
          <w:rFonts w:ascii="Arial" w:eastAsia="TT4Fo00" w:hAnsi="Arial" w:cs="Arial"/>
          <w:color w:val="000000"/>
        </w:rPr>
        <w:t>be</w:t>
      </w:r>
      <w:r w:rsidR="00000000" w:rsidRPr="00C52B7B">
        <w:rPr>
          <w:rFonts w:ascii="Arial" w:eastAsia="Times New Roman" w:hAnsi="Arial" w:cs="Arial"/>
          <w:color w:val="000000"/>
          <w:spacing w:val="22"/>
        </w:rPr>
        <w:t xml:space="preserve"> </w:t>
      </w:r>
      <w:r w:rsidR="00000000" w:rsidRPr="00C52B7B">
        <w:rPr>
          <w:rFonts w:ascii="Arial" w:eastAsia="TT4Fo00" w:hAnsi="Arial" w:cs="Arial"/>
          <w:color w:val="000000"/>
        </w:rPr>
        <w:t>liab</w:t>
      </w:r>
      <w:r w:rsidR="00C52B7B">
        <w:rPr>
          <w:rFonts w:ascii="Arial" w:eastAsia="TT4Fo00" w:hAnsi="Arial" w:cs="Arial"/>
          <w:color w:val="000000"/>
        </w:rPr>
        <w:t>l</w:t>
      </w:r>
      <w:r w:rsidR="00000000" w:rsidRPr="00C52B7B">
        <w:rPr>
          <w:rFonts w:ascii="Arial" w:eastAsia="TT4Fo00" w:hAnsi="Arial" w:cs="Arial"/>
          <w:color w:val="000000"/>
        </w:rPr>
        <w:t>e</w:t>
      </w:r>
      <w:r w:rsidR="00C52B7B">
        <w:rPr>
          <w:rFonts w:ascii="Arial" w:eastAsia="Times New Roman" w:hAnsi="Arial" w:cs="Arial"/>
          <w:color w:val="000000"/>
          <w:spacing w:val="22"/>
        </w:rPr>
        <w:t xml:space="preserve">  </w:t>
      </w:r>
      <w:r>
        <w:rPr>
          <w:rFonts w:ascii="Arial" w:eastAsia="Times New Roman" w:hAnsi="Arial" w:cs="Arial"/>
          <w:color w:val="000000"/>
          <w:spacing w:val="22"/>
        </w:rPr>
        <w:t xml:space="preserve"> </w:t>
      </w:r>
      <w:r w:rsidR="00000000" w:rsidRPr="00C52B7B">
        <w:rPr>
          <w:rFonts w:ascii="Arial" w:eastAsia="TT4Fo00" w:hAnsi="Arial" w:cs="Arial"/>
          <w:color w:val="000000"/>
          <w:w w:val="99"/>
        </w:rPr>
        <w:t>for</w:t>
      </w:r>
      <w:r w:rsidR="00000000" w:rsidRPr="00C52B7B">
        <w:rPr>
          <w:rFonts w:ascii="Arial" w:eastAsia="Times New Roman" w:hAnsi="Arial" w:cs="Arial"/>
          <w:color w:val="000000"/>
          <w:spacing w:val="22"/>
        </w:rPr>
        <w:t xml:space="preserve"> </w:t>
      </w:r>
      <w:r w:rsidR="00000000" w:rsidRPr="00C52B7B">
        <w:rPr>
          <w:rFonts w:ascii="Arial" w:eastAsia="TT4Fo00" w:hAnsi="Arial" w:cs="Arial"/>
          <w:color w:val="000000"/>
        </w:rPr>
        <w:t>any</w:t>
      </w:r>
      <w:r w:rsidR="00000000" w:rsidRPr="00C52B7B">
        <w:rPr>
          <w:rFonts w:ascii="Arial" w:eastAsia="Times New Roman" w:hAnsi="Arial" w:cs="Arial"/>
          <w:color w:val="000000"/>
          <w:spacing w:val="22"/>
        </w:rPr>
        <w:t xml:space="preserve"> </w:t>
      </w:r>
      <w:r w:rsidR="00000000" w:rsidRPr="00C52B7B">
        <w:rPr>
          <w:rFonts w:ascii="Arial" w:eastAsia="TT4Fo00" w:hAnsi="Arial" w:cs="Arial"/>
          <w:color w:val="000000"/>
        </w:rPr>
        <w:t>mishaps</w:t>
      </w:r>
      <w:r w:rsidR="00000000" w:rsidRPr="00C52B7B">
        <w:rPr>
          <w:rFonts w:ascii="Arial" w:eastAsia="Times New Roman" w:hAnsi="Arial" w:cs="Arial"/>
          <w:color w:val="000000"/>
          <w:spacing w:val="22"/>
        </w:rPr>
        <w:t xml:space="preserve"> </w:t>
      </w:r>
      <w:r w:rsidR="00000000" w:rsidRPr="00C52B7B">
        <w:rPr>
          <w:rFonts w:ascii="Arial" w:eastAsia="TT4Fo00" w:hAnsi="Arial" w:cs="Arial"/>
          <w:color w:val="000000"/>
          <w:w w:val="99"/>
        </w:rPr>
        <w:t>or</w:t>
      </w:r>
      <w:r w:rsidR="00000000" w:rsidRPr="00C52B7B">
        <w:rPr>
          <w:rFonts w:ascii="Arial" w:eastAsia="Times New Roman" w:hAnsi="Arial" w:cs="Arial"/>
          <w:color w:val="000000"/>
          <w:spacing w:val="22"/>
        </w:rPr>
        <w:t xml:space="preserve"> </w:t>
      </w:r>
      <w:r w:rsidR="00000000" w:rsidRPr="00C52B7B">
        <w:rPr>
          <w:rFonts w:ascii="Arial" w:eastAsia="TT4Fo00" w:hAnsi="Arial" w:cs="Arial"/>
          <w:color w:val="000000"/>
        </w:rPr>
        <w:t>incidents</w:t>
      </w:r>
      <w:r w:rsidR="00000000" w:rsidRPr="00C52B7B">
        <w:rPr>
          <w:rFonts w:ascii="Arial" w:eastAsia="Times New Roman" w:hAnsi="Arial" w:cs="Arial"/>
          <w:color w:val="000000"/>
          <w:spacing w:val="22"/>
        </w:rPr>
        <w:t xml:space="preserve"> </w:t>
      </w:r>
      <w:r w:rsidR="00000000" w:rsidRPr="00C52B7B">
        <w:rPr>
          <w:rFonts w:ascii="Arial" w:eastAsia="TT4Fo00" w:hAnsi="Arial" w:cs="Arial"/>
          <w:color w:val="000000"/>
        </w:rPr>
        <w:t>that</w:t>
      </w:r>
      <w:r w:rsidR="00000000" w:rsidRPr="00C52B7B">
        <w:rPr>
          <w:rFonts w:ascii="Arial" w:eastAsia="Times New Roman" w:hAnsi="Arial" w:cs="Arial"/>
          <w:color w:val="000000"/>
          <w:spacing w:val="22"/>
        </w:rPr>
        <w:t xml:space="preserve"> </w:t>
      </w:r>
      <w:r w:rsidR="00000000" w:rsidRPr="00C52B7B">
        <w:rPr>
          <w:rFonts w:ascii="Arial" w:eastAsia="TT4Fo00" w:hAnsi="Arial" w:cs="Arial"/>
          <w:color w:val="000000"/>
        </w:rPr>
        <w:t>may</w:t>
      </w:r>
      <w:r w:rsidR="00C52B7B">
        <w:rPr>
          <w:rFonts w:ascii="Arial" w:hAnsi="Arial" w:cs="Arial"/>
        </w:rPr>
        <w:t xml:space="preserve"> </w:t>
      </w:r>
      <w:r w:rsidR="00000000" w:rsidRPr="00C52B7B">
        <w:rPr>
          <w:rFonts w:ascii="Arial" w:eastAsia="TT4Fo00" w:hAnsi="Arial" w:cs="Arial"/>
          <w:color w:val="000000"/>
        </w:rPr>
        <w:t>occur</w:t>
      </w:r>
      <w:r w:rsidR="00000000" w:rsidRPr="00C52B7B">
        <w:rPr>
          <w:rFonts w:ascii="Arial" w:eastAsia="Times New Roman" w:hAnsi="Arial" w:cs="Arial"/>
          <w:color w:val="000000"/>
          <w:spacing w:val="15"/>
        </w:rPr>
        <w:t xml:space="preserve"> </w:t>
      </w:r>
      <w:r w:rsidR="00000000" w:rsidRPr="00C52B7B">
        <w:rPr>
          <w:rFonts w:ascii="Arial" w:eastAsia="TT4Fo00" w:hAnsi="Arial" w:cs="Arial"/>
          <w:color w:val="000000"/>
        </w:rPr>
        <w:t>to</w:t>
      </w:r>
      <w:r w:rsidR="00000000" w:rsidRPr="00C52B7B">
        <w:rPr>
          <w:rFonts w:ascii="Arial" w:eastAsia="Times New Roman" w:hAnsi="Arial" w:cs="Arial"/>
          <w:color w:val="000000"/>
          <w:spacing w:val="15"/>
        </w:rPr>
        <w:t xml:space="preserve"> </w:t>
      </w:r>
      <w:r w:rsidR="00000000" w:rsidRPr="00C52B7B">
        <w:rPr>
          <w:rFonts w:ascii="Arial" w:eastAsia="TT4Fo00" w:hAnsi="Arial" w:cs="Arial"/>
          <w:color w:val="000000"/>
        </w:rPr>
        <w:t>the</w:t>
      </w:r>
      <w:r w:rsidR="00000000" w:rsidRPr="00C52B7B">
        <w:rPr>
          <w:rFonts w:ascii="Arial" w:eastAsia="Times New Roman" w:hAnsi="Arial" w:cs="Arial"/>
          <w:color w:val="000000"/>
          <w:spacing w:val="15"/>
        </w:rPr>
        <w:t xml:space="preserve"> </w:t>
      </w:r>
      <w:r w:rsidR="00000000" w:rsidRPr="00C52B7B">
        <w:rPr>
          <w:rFonts w:ascii="Arial" w:eastAsia="TT4Fo00" w:hAnsi="Arial" w:cs="Arial"/>
          <w:color w:val="000000"/>
        </w:rPr>
        <w:t>student</w:t>
      </w:r>
      <w:r w:rsidR="00000000" w:rsidRPr="00C52B7B">
        <w:rPr>
          <w:rFonts w:ascii="Arial" w:eastAsia="Times New Roman" w:hAnsi="Arial" w:cs="Arial"/>
          <w:color w:val="000000"/>
          <w:spacing w:val="15"/>
        </w:rPr>
        <w:t xml:space="preserve"> </w:t>
      </w:r>
      <w:r w:rsidR="00000000" w:rsidRPr="00C52B7B">
        <w:rPr>
          <w:rFonts w:ascii="Arial" w:eastAsia="TT4Fo00" w:hAnsi="Arial" w:cs="Arial"/>
          <w:color w:val="000000"/>
        </w:rPr>
        <w:t>during</w:t>
      </w:r>
      <w:r w:rsidR="00000000" w:rsidRPr="00C52B7B">
        <w:rPr>
          <w:rFonts w:ascii="Arial" w:eastAsia="Times New Roman" w:hAnsi="Arial" w:cs="Arial"/>
          <w:color w:val="000000"/>
          <w:spacing w:val="15"/>
        </w:rPr>
        <w:t xml:space="preserve"> </w:t>
      </w:r>
      <w:r w:rsidR="00000000" w:rsidRPr="00C52B7B">
        <w:rPr>
          <w:rFonts w:ascii="Arial" w:eastAsia="TT4Fo00" w:hAnsi="Arial" w:cs="Arial"/>
          <w:color w:val="000000"/>
        </w:rPr>
        <w:t>the</w:t>
      </w:r>
      <w:r w:rsidR="00000000" w:rsidRPr="00C52B7B">
        <w:rPr>
          <w:rFonts w:ascii="Arial" w:eastAsia="Times New Roman" w:hAnsi="Arial" w:cs="Arial"/>
          <w:color w:val="000000"/>
          <w:spacing w:val="15"/>
        </w:rPr>
        <w:t xml:space="preserve"> </w:t>
      </w:r>
      <w:r w:rsidR="00000000" w:rsidRPr="00C52B7B">
        <w:rPr>
          <w:rFonts w:ascii="Arial" w:eastAsia="TT4Fo00" w:hAnsi="Arial" w:cs="Arial"/>
          <w:color w:val="000000"/>
        </w:rPr>
        <w:t>training</w:t>
      </w:r>
      <w:r w:rsidR="00000000" w:rsidRPr="00C52B7B">
        <w:rPr>
          <w:rFonts w:ascii="Arial" w:eastAsia="Times New Roman" w:hAnsi="Arial" w:cs="Arial"/>
          <w:color w:val="000000"/>
          <w:spacing w:val="15"/>
        </w:rPr>
        <w:t xml:space="preserve"> </w:t>
      </w:r>
      <w:r w:rsidR="00000000" w:rsidRPr="00C52B7B">
        <w:rPr>
          <w:rFonts w:ascii="Arial" w:eastAsia="TT4Fo00" w:hAnsi="Arial" w:cs="Arial"/>
          <w:color w:val="000000"/>
        </w:rPr>
        <w:t>period.</w:t>
      </w:r>
    </w:p>
    <w:p w14:paraId="2E839A23" w14:textId="5D46EF57" w:rsidR="0006036C" w:rsidRPr="00C52B7B" w:rsidRDefault="00000000" w:rsidP="00C52B7B">
      <w:pPr>
        <w:wordWrap w:val="0"/>
        <w:autoSpaceDE w:val="0"/>
        <w:autoSpaceDN w:val="0"/>
        <w:spacing w:before="140" w:after="23" w:line="222" w:lineRule="exact"/>
        <w:ind w:left="429"/>
        <w:rPr>
          <w:rFonts w:ascii="Arial" w:eastAsia="TT4Fo00" w:hAnsi="Arial" w:cs="Arial"/>
          <w:color w:val="000000"/>
        </w:rPr>
      </w:pPr>
      <w:r w:rsidRPr="00C52B7B">
        <w:rPr>
          <w:rFonts w:ascii="Arial" w:eastAsia="Arial" w:hAnsi="Arial" w:cs="Arial"/>
          <w:color w:val="000000"/>
          <w:spacing w:val="1"/>
        </w:rPr>
        <w:t>(</w:t>
      </w:r>
      <w:r w:rsidR="006366D9">
        <w:rPr>
          <w:rFonts w:ascii="Arial" w:eastAsia="Arial" w:hAnsi="Arial" w:cs="Arial"/>
          <w:color w:val="000000"/>
        </w:rPr>
        <w:t>f</w:t>
      </w:r>
      <w:r w:rsidRPr="00C52B7B">
        <w:rPr>
          <w:rFonts w:ascii="Arial" w:eastAsia="Arial" w:hAnsi="Arial" w:cs="Arial"/>
          <w:color w:val="000000"/>
          <w:spacing w:val="-1"/>
        </w:rPr>
        <w:t>)</w:t>
      </w:r>
      <w:r w:rsidRPr="00C52B7B">
        <w:rPr>
          <w:rFonts w:ascii="Arial" w:eastAsia="Times New Roman" w:hAnsi="Arial" w:cs="Arial"/>
          <w:color w:val="000000"/>
          <w:spacing w:val="36"/>
        </w:rPr>
        <w:t xml:space="preserve"> </w:t>
      </w:r>
      <w:r w:rsidRPr="00C52B7B">
        <w:rPr>
          <w:rFonts w:ascii="Arial" w:eastAsia="TT4Fo00" w:hAnsi="Arial" w:cs="Arial"/>
          <w:color w:val="000000"/>
        </w:rPr>
        <w:t>Students</w:t>
      </w:r>
      <w:r w:rsidRPr="00C52B7B">
        <w:rPr>
          <w:rFonts w:ascii="Arial" w:eastAsia="Times New Roman" w:hAnsi="Arial" w:cs="Arial"/>
          <w:color w:val="000000"/>
          <w:spacing w:val="55"/>
        </w:rPr>
        <w:t xml:space="preserve"> </w:t>
      </w:r>
      <w:r w:rsidRPr="00C52B7B">
        <w:rPr>
          <w:rFonts w:ascii="Arial" w:eastAsia="TT4Fo00" w:hAnsi="Arial" w:cs="Arial"/>
          <w:color w:val="000000"/>
        </w:rPr>
        <w:t>are</w:t>
      </w:r>
      <w:r w:rsidRPr="00C52B7B">
        <w:rPr>
          <w:rFonts w:ascii="Arial" w:eastAsia="Times New Roman" w:hAnsi="Arial" w:cs="Arial"/>
          <w:color w:val="000000"/>
          <w:spacing w:val="55"/>
        </w:rPr>
        <w:t xml:space="preserve"> </w:t>
      </w:r>
      <w:r w:rsidRPr="00C52B7B">
        <w:rPr>
          <w:rFonts w:ascii="Arial" w:eastAsia="TT4Fo00" w:hAnsi="Arial" w:cs="Arial"/>
          <w:color w:val="000000"/>
        </w:rPr>
        <w:t>required</w:t>
      </w:r>
      <w:r w:rsidRPr="00C52B7B">
        <w:rPr>
          <w:rFonts w:ascii="Arial" w:eastAsia="Times New Roman" w:hAnsi="Arial" w:cs="Arial"/>
          <w:color w:val="000000"/>
          <w:spacing w:val="55"/>
        </w:rPr>
        <w:t xml:space="preserve"> </w:t>
      </w:r>
      <w:r w:rsidRPr="00C52B7B">
        <w:rPr>
          <w:rFonts w:ascii="Arial" w:eastAsia="TT4Fo00" w:hAnsi="Arial" w:cs="Arial"/>
          <w:color w:val="000000"/>
        </w:rPr>
        <w:t>to</w:t>
      </w:r>
      <w:r w:rsidRPr="00C52B7B">
        <w:rPr>
          <w:rFonts w:ascii="Arial" w:eastAsia="Times New Roman" w:hAnsi="Arial" w:cs="Arial"/>
          <w:color w:val="000000"/>
          <w:spacing w:val="55"/>
        </w:rPr>
        <w:t xml:space="preserve"> </w:t>
      </w:r>
      <w:r w:rsidRPr="00C52B7B">
        <w:rPr>
          <w:rFonts w:ascii="Arial" w:eastAsia="TT4Fo00" w:hAnsi="Arial" w:cs="Arial"/>
          <w:color w:val="000000"/>
        </w:rPr>
        <w:t>maintain</w:t>
      </w:r>
      <w:r w:rsidRPr="00C52B7B">
        <w:rPr>
          <w:rFonts w:ascii="Arial" w:eastAsia="Times New Roman" w:hAnsi="Arial" w:cs="Arial"/>
          <w:color w:val="000000"/>
          <w:spacing w:val="55"/>
        </w:rPr>
        <w:t xml:space="preserve"> </w:t>
      </w:r>
      <w:r w:rsidRPr="00C52B7B">
        <w:rPr>
          <w:rFonts w:ascii="Arial" w:eastAsia="TT4Fo00" w:hAnsi="Arial" w:cs="Arial"/>
          <w:color w:val="000000"/>
        </w:rPr>
        <w:t>confidentiality</w:t>
      </w:r>
      <w:r w:rsidRPr="00C52B7B">
        <w:rPr>
          <w:rFonts w:ascii="Arial" w:eastAsia="Times New Roman" w:hAnsi="Arial" w:cs="Arial"/>
          <w:color w:val="000000"/>
          <w:spacing w:val="55"/>
        </w:rPr>
        <w:t xml:space="preserve"> </w:t>
      </w:r>
      <w:r w:rsidRPr="00C52B7B">
        <w:rPr>
          <w:rFonts w:ascii="Arial" w:eastAsia="TT4Fo00" w:hAnsi="Arial" w:cs="Arial"/>
          <w:color w:val="000000"/>
        </w:rPr>
        <w:t>of</w:t>
      </w:r>
      <w:r w:rsidRPr="00C52B7B">
        <w:rPr>
          <w:rFonts w:ascii="Arial" w:eastAsia="Times New Roman" w:hAnsi="Arial" w:cs="Arial"/>
          <w:color w:val="000000"/>
          <w:spacing w:val="55"/>
        </w:rPr>
        <w:t xml:space="preserve"> </w:t>
      </w:r>
      <w:proofErr w:type="gramStart"/>
      <w:r w:rsidRPr="00C52B7B">
        <w:rPr>
          <w:rFonts w:ascii="Arial" w:eastAsia="TT4Fo00" w:hAnsi="Arial" w:cs="Arial"/>
          <w:color w:val="000000"/>
        </w:rPr>
        <w:t>any</w:t>
      </w:r>
      <w:r w:rsidRPr="00C52B7B">
        <w:rPr>
          <w:rFonts w:ascii="Arial" w:eastAsia="Times New Roman" w:hAnsi="Arial" w:cs="Arial"/>
          <w:color w:val="000000"/>
          <w:spacing w:val="55"/>
        </w:rPr>
        <w:t xml:space="preserve"> </w:t>
      </w:r>
      <w:r w:rsidRPr="00C52B7B">
        <w:rPr>
          <w:rFonts w:ascii="Arial" w:eastAsia="TT4Fo00" w:hAnsi="Arial" w:cs="Arial"/>
          <w:color w:val="000000"/>
        </w:rPr>
        <w:t>and</w:t>
      </w:r>
      <w:r w:rsidRPr="00C52B7B">
        <w:rPr>
          <w:rFonts w:ascii="Arial" w:eastAsia="Times New Roman" w:hAnsi="Arial" w:cs="Arial"/>
          <w:color w:val="000000"/>
          <w:spacing w:val="55"/>
        </w:rPr>
        <w:t xml:space="preserve"> </w:t>
      </w:r>
      <w:r w:rsidRPr="00C52B7B">
        <w:rPr>
          <w:rFonts w:ascii="Arial" w:eastAsia="TT4Fo00" w:hAnsi="Arial" w:cs="Arial"/>
          <w:color w:val="000000"/>
        </w:rPr>
        <w:t>all</w:t>
      </w:r>
      <w:proofErr w:type="gramEnd"/>
      <w:r w:rsidRPr="00C52B7B">
        <w:rPr>
          <w:rFonts w:ascii="Arial" w:eastAsia="Times New Roman" w:hAnsi="Arial" w:cs="Arial"/>
          <w:color w:val="000000"/>
          <w:spacing w:val="55"/>
        </w:rPr>
        <w:t xml:space="preserve"> </w:t>
      </w:r>
      <w:r w:rsidRPr="00C52B7B">
        <w:rPr>
          <w:rFonts w:ascii="Arial" w:eastAsia="TT4Fo00" w:hAnsi="Arial" w:cs="Arial"/>
          <w:color w:val="000000"/>
          <w:w w:val="101"/>
        </w:rPr>
        <w:t>information</w:t>
      </w:r>
      <w:r w:rsidRPr="00C52B7B">
        <w:rPr>
          <w:rFonts w:ascii="Arial" w:eastAsia="Times New Roman" w:hAnsi="Arial" w:cs="Arial"/>
          <w:color w:val="000000"/>
          <w:spacing w:val="55"/>
        </w:rPr>
        <w:t xml:space="preserve"> </w:t>
      </w:r>
      <w:r w:rsidRPr="00C52B7B">
        <w:rPr>
          <w:rFonts w:ascii="Arial" w:eastAsia="TT4Fo00" w:hAnsi="Arial" w:cs="Arial"/>
          <w:color w:val="000000"/>
        </w:rPr>
        <w:t>that</w:t>
      </w:r>
    </w:p>
    <w:p w14:paraId="09BCED8F" w14:textId="77777777" w:rsidR="0006036C" w:rsidRPr="00C52B7B" w:rsidRDefault="00000000">
      <w:pPr>
        <w:wordWrap w:val="0"/>
        <w:autoSpaceDE w:val="0"/>
        <w:autoSpaceDN w:val="0"/>
        <w:spacing w:before="43" w:after="68" w:line="221" w:lineRule="exact"/>
        <w:ind w:left="789"/>
        <w:rPr>
          <w:rFonts w:ascii="Arial" w:hAnsi="Arial" w:cs="Arial"/>
        </w:rPr>
      </w:pPr>
      <w:r w:rsidRPr="00C52B7B">
        <w:rPr>
          <w:rFonts w:ascii="Arial" w:eastAsia="TT4Fo00" w:hAnsi="Arial" w:cs="Arial"/>
          <w:color w:val="000000"/>
        </w:rPr>
        <w:t>he/she</w:t>
      </w:r>
      <w:r w:rsidRPr="00C52B7B">
        <w:rPr>
          <w:rFonts w:ascii="Arial" w:eastAsia="Times New Roman" w:hAnsi="Arial" w:cs="Arial"/>
          <w:color w:val="000000"/>
          <w:spacing w:val="15"/>
        </w:rPr>
        <w:t xml:space="preserve"> </w:t>
      </w:r>
      <w:r w:rsidRPr="00C52B7B">
        <w:rPr>
          <w:rFonts w:ascii="Arial" w:eastAsia="TT4Fo00" w:hAnsi="Arial" w:cs="Arial"/>
          <w:color w:val="000000"/>
        </w:rPr>
        <w:t>is</w:t>
      </w:r>
      <w:r w:rsidRPr="00C52B7B">
        <w:rPr>
          <w:rFonts w:ascii="Arial" w:eastAsia="Times New Roman" w:hAnsi="Arial" w:cs="Arial"/>
          <w:color w:val="000000"/>
          <w:spacing w:val="15"/>
        </w:rPr>
        <w:t xml:space="preserve"> </w:t>
      </w:r>
      <w:r w:rsidRPr="00C52B7B">
        <w:rPr>
          <w:rFonts w:ascii="Arial" w:eastAsia="TT4Fo00" w:hAnsi="Arial" w:cs="Arial"/>
          <w:color w:val="000000"/>
        </w:rPr>
        <w:t>given</w:t>
      </w:r>
      <w:r w:rsidRPr="00C52B7B">
        <w:rPr>
          <w:rFonts w:ascii="Arial" w:eastAsia="Times New Roman" w:hAnsi="Arial" w:cs="Arial"/>
          <w:color w:val="000000"/>
          <w:spacing w:val="15"/>
        </w:rPr>
        <w:t xml:space="preserve"> </w:t>
      </w:r>
      <w:r w:rsidRPr="00C52B7B">
        <w:rPr>
          <w:rFonts w:ascii="Arial" w:eastAsia="TT4Fo00" w:hAnsi="Arial" w:cs="Arial"/>
          <w:color w:val="000000"/>
        </w:rPr>
        <w:t>access</w:t>
      </w:r>
      <w:r w:rsidRPr="00C52B7B">
        <w:rPr>
          <w:rFonts w:ascii="Arial" w:eastAsia="Times New Roman" w:hAnsi="Arial" w:cs="Arial"/>
          <w:color w:val="000000"/>
          <w:spacing w:val="15"/>
        </w:rPr>
        <w:t xml:space="preserve"> </w:t>
      </w:r>
      <w:r w:rsidRPr="00C52B7B">
        <w:rPr>
          <w:rFonts w:ascii="Arial" w:eastAsia="TT4Fo00" w:hAnsi="Arial" w:cs="Arial"/>
          <w:color w:val="000000"/>
          <w:w w:val="99"/>
        </w:rPr>
        <w:t>to</w:t>
      </w:r>
      <w:r w:rsidRPr="00C52B7B">
        <w:rPr>
          <w:rFonts w:ascii="Arial" w:eastAsia="Times New Roman" w:hAnsi="Arial" w:cs="Arial"/>
          <w:color w:val="000000"/>
          <w:spacing w:val="15"/>
        </w:rPr>
        <w:t xml:space="preserve"> </w:t>
      </w:r>
      <w:r w:rsidRPr="00C52B7B">
        <w:rPr>
          <w:rFonts w:ascii="Arial" w:eastAsia="TT4Fo00" w:hAnsi="Arial" w:cs="Arial"/>
          <w:color w:val="000000"/>
        </w:rPr>
        <w:t>during</w:t>
      </w:r>
      <w:r w:rsidRPr="00C52B7B">
        <w:rPr>
          <w:rFonts w:ascii="Arial" w:eastAsia="Times New Roman" w:hAnsi="Arial" w:cs="Arial"/>
          <w:color w:val="000000"/>
          <w:spacing w:val="15"/>
        </w:rPr>
        <w:t xml:space="preserve"> </w:t>
      </w:r>
      <w:r w:rsidRPr="00C52B7B">
        <w:rPr>
          <w:rFonts w:ascii="Arial" w:eastAsia="TT4Fo00" w:hAnsi="Arial" w:cs="Arial"/>
          <w:color w:val="000000"/>
        </w:rPr>
        <w:t>the</w:t>
      </w:r>
      <w:r w:rsidRPr="00C52B7B">
        <w:rPr>
          <w:rFonts w:ascii="Arial" w:eastAsia="Times New Roman" w:hAnsi="Arial" w:cs="Arial"/>
          <w:color w:val="000000"/>
          <w:spacing w:val="12"/>
        </w:rPr>
        <w:t xml:space="preserve"> </w:t>
      </w:r>
      <w:r w:rsidRPr="00C52B7B">
        <w:rPr>
          <w:rFonts w:ascii="Arial" w:eastAsia="TT4Fo00" w:hAnsi="Arial" w:cs="Arial"/>
          <w:color w:val="000000"/>
        </w:rPr>
        <w:t>training</w:t>
      </w:r>
      <w:r w:rsidRPr="00C52B7B">
        <w:rPr>
          <w:rFonts w:ascii="Arial" w:eastAsia="Times New Roman" w:hAnsi="Arial" w:cs="Arial"/>
          <w:color w:val="000000"/>
          <w:spacing w:val="12"/>
        </w:rPr>
        <w:t xml:space="preserve"> </w:t>
      </w:r>
      <w:r w:rsidRPr="00C52B7B">
        <w:rPr>
          <w:rFonts w:ascii="Arial" w:eastAsia="TT4Fo00" w:hAnsi="Arial" w:cs="Arial"/>
          <w:color w:val="000000"/>
        </w:rPr>
        <w:t>period.</w:t>
      </w:r>
    </w:p>
    <w:p w14:paraId="7D8C98AD" w14:textId="40049C45" w:rsidR="0006036C" w:rsidRPr="00C52B7B" w:rsidRDefault="002D6CAB" w:rsidP="002D6CAB">
      <w:pPr>
        <w:tabs>
          <w:tab w:val="left" w:pos="6946"/>
        </w:tabs>
        <w:wordWrap w:val="0"/>
        <w:autoSpaceDE w:val="0"/>
        <w:autoSpaceDN w:val="0"/>
        <w:spacing w:before="136" w:after="23" w:line="222" w:lineRule="exact"/>
        <w:ind w:left="709" w:hanging="425"/>
        <w:rPr>
          <w:rFonts w:ascii="Arial" w:hAnsi="Arial" w:cs="Arial"/>
        </w:rPr>
      </w:pPr>
      <w:r>
        <w:rPr>
          <w:rFonts w:ascii="Arial" w:eastAsia="Arial" w:hAnsi="Arial" w:cs="Arial"/>
          <w:color w:val="000000"/>
          <w:spacing w:val="1"/>
        </w:rPr>
        <w:t xml:space="preserve">  </w:t>
      </w:r>
      <w:r w:rsidRPr="00C52B7B">
        <w:rPr>
          <w:rFonts w:ascii="Arial" w:eastAsia="Arial" w:hAnsi="Arial" w:cs="Arial"/>
          <w:color w:val="000000"/>
          <w:spacing w:val="1"/>
        </w:rPr>
        <w:t>(</w:t>
      </w:r>
      <w:r w:rsidR="006366D9">
        <w:rPr>
          <w:rFonts w:ascii="Arial" w:eastAsia="Arial" w:hAnsi="Arial" w:cs="Arial"/>
          <w:color w:val="000000"/>
        </w:rPr>
        <w:t>g</w:t>
      </w:r>
      <w:r w:rsidRPr="00C52B7B">
        <w:rPr>
          <w:rFonts w:ascii="Arial" w:eastAsia="Arial" w:hAnsi="Arial" w:cs="Arial"/>
          <w:color w:val="000000"/>
          <w:spacing w:val="-1"/>
        </w:rPr>
        <w:t>)</w:t>
      </w:r>
      <w:r w:rsidRPr="00C52B7B">
        <w:rPr>
          <w:rFonts w:ascii="Arial" w:eastAsia="Times New Roman" w:hAnsi="Arial" w:cs="Arial"/>
          <w:color w:val="000000"/>
          <w:spacing w:val="36"/>
        </w:rPr>
        <w:t xml:space="preserve"> </w:t>
      </w:r>
      <w:r w:rsidRPr="00C52B7B">
        <w:rPr>
          <w:rFonts w:ascii="Arial" w:eastAsia="TT4Fo00" w:hAnsi="Arial" w:cs="Arial"/>
          <w:color w:val="000000"/>
        </w:rPr>
        <w:t>Students</w:t>
      </w:r>
      <w:r w:rsidRPr="00C52B7B">
        <w:rPr>
          <w:rFonts w:ascii="Arial" w:eastAsia="Times New Roman" w:hAnsi="Arial" w:cs="Arial"/>
          <w:color w:val="000000"/>
          <w:spacing w:val="46"/>
        </w:rPr>
        <w:t xml:space="preserve"> </w:t>
      </w:r>
      <w:r w:rsidRPr="00C52B7B">
        <w:rPr>
          <w:rFonts w:ascii="Arial" w:eastAsia="TT4Fo00" w:hAnsi="Arial" w:cs="Arial"/>
          <w:color w:val="000000"/>
        </w:rPr>
        <w:t>must</w:t>
      </w:r>
      <w:r w:rsidRPr="00C52B7B">
        <w:rPr>
          <w:rFonts w:ascii="Arial" w:eastAsia="Times New Roman" w:hAnsi="Arial" w:cs="Arial"/>
          <w:color w:val="000000"/>
          <w:spacing w:val="46"/>
        </w:rPr>
        <w:t xml:space="preserve"> </w:t>
      </w:r>
      <w:r w:rsidRPr="00C52B7B">
        <w:rPr>
          <w:rFonts w:ascii="Arial" w:eastAsia="TT4Fo00" w:hAnsi="Arial" w:cs="Arial"/>
          <w:color w:val="000000"/>
        </w:rPr>
        <w:t>abide</w:t>
      </w:r>
      <w:r w:rsidRPr="00C52B7B">
        <w:rPr>
          <w:rFonts w:ascii="Arial" w:eastAsia="Times New Roman" w:hAnsi="Arial" w:cs="Arial"/>
          <w:color w:val="000000"/>
          <w:spacing w:val="43"/>
        </w:rPr>
        <w:t xml:space="preserve"> </w:t>
      </w:r>
      <w:r w:rsidRPr="00C52B7B">
        <w:rPr>
          <w:rFonts w:ascii="Arial" w:eastAsia="TT4Fo00" w:hAnsi="Arial" w:cs="Arial"/>
          <w:color w:val="000000"/>
          <w:w w:val="99"/>
        </w:rPr>
        <w:t>by</w:t>
      </w:r>
      <w:r w:rsidRPr="00C52B7B">
        <w:rPr>
          <w:rFonts w:ascii="Arial" w:eastAsia="Times New Roman" w:hAnsi="Arial" w:cs="Arial"/>
          <w:color w:val="000000"/>
          <w:spacing w:val="46"/>
        </w:rPr>
        <w:t xml:space="preserve"> </w:t>
      </w:r>
      <w:r w:rsidRPr="00C52B7B">
        <w:rPr>
          <w:rFonts w:ascii="Arial" w:eastAsia="TT4Fo00" w:hAnsi="Arial" w:cs="Arial"/>
          <w:color w:val="000000"/>
        </w:rPr>
        <w:t>all</w:t>
      </w:r>
      <w:r w:rsidRPr="00C52B7B">
        <w:rPr>
          <w:rFonts w:ascii="Arial" w:eastAsia="Times New Roman" w:hAnsi="Arial" w:cs="Arial"/>
          <w:color w:val="000000"/>
          <w:spacing w:val="46"/>
        </w:rPr>
        <w:t xml:space="preserve"> </w:t>
      </w:r>
      <w:r w:rsidRPr="00C52B7B">
        <w:rPr>
          <w:rFonts w:ascii="Arial" w:eastAsia="TT4Fo00" w:hAnsi="Arial" w:cs="Arial"/>
          <w:color w:val="000000"/>
        </w:rPr>
        <w:t>SBC</w:t>
      </w:r>
      <w:r w:rsidRPr="00C52B7B">
        <w:rPr>
          <w:rFonts w:ascii="Arial" w:eastAsia="Times New Roman" w:hAnsi="Arial" w:cs="Arial"/>
          <w:color w:val="000000"/>
          <w:spacing w:val="46"/>
        </w:rPr>
        <w:t xml:space="preserve"> </w:t>
      </w:r>
      <w:r w:rsidRPr="00C52B7B">
        <w:rPr>
          <w:rFonts w:ascii="Arial" w:eastAsia="TT4Fo00" w:hAnsi="Arial" w:cs="Arial"/>
          <w:color w:val="000000"/>
        </w:rPr>
        <w:t>administrative</w:t>
      </w:r>
      <w:r w:rsidRPr="00C52B7B">
        <w:rPr>
          <w:rFonts w:ascii="Arial" w:eastAsia="Times New Roman" w:hAnsi="Arial" w:cs="Arial"/>
          <w:color w:val="000000"/>
          <w:spacing w:val="43"/>
        </w:rPr>
        <w:t xml:space="preserve"> </w:t>
      </w:r>
      <w:r w:rsidRPr="00C52B7B">
        <w:rPr>
          <w:rFonts w:ascii="Arial" w:eastAsia="TT4Fo00" w:hAnsi="Arial" w:cs="Arial"/>
          <w:color w:val="000000"/>
        </w:rPr>
        <w:t>procedures.</w:t>
      </w:r>
      <w:r>
        <w:rPr>
          <w:rFonts w:ascii="Arial" w:eastAsia="TT4Fo00" w:hAnsi="Arial" w:cs="Arial"/>
          <w:color w:val="000000"/>
        </w:rPr>
        <w:t xml:space="preserve"> </w:t>
      </w:r>
      <w:r w:rsidRPr="00C52B7B">
        <w:rPr>
          <w:rFonts w:ascii="Arial" w:eastAsia="TT4Fo00" w:hAnsi="Arial" w:cs="Arial"/>
          <w:color w:val="000000"/>
        </w:rPr>
        <w:t>Violations</w:t>
      </w:r>
      <w:r w:rsidRPr="00C52B7B">
        <w:rPr>
          <w:rFonts w:ascii="Arial" w:eastAsia="Times New Roman" w:hAnsi="Arial" w:cs="Arial"/>
          <w:color w:val="000000"/>
          <w:spacing w:val="43"/>
        </w:rPr>
        <w:t xml:space="preserve"> </w:t>
      </w:r>
      <w:r w:rsidRPr="00C52B7B">
        <w:rPr>
          <w:rFonts w:ascii="Arial" w:eastAsia="TT4Fo00" w:hAnsi="Arial" w:cs="Arial"/>
          <w:color w:val="000000"/>
        </w:rPr>
        <w:t>and/or</w:t>
      </w:r>
      <w:r w:rsidRPr="00C52B7B">
        <w:rPr>
          <w:rFonts w:ascii="Arial" w:eastAsia="Times New Roman" w:hAnsi="Arial" w:cs="Arial"/>
          <w:color w:val="000000"/>
          <w:spacing w:val="46"/>
        </w:rPr>
        <w:t xml:space="preserve"> </w:t>
      </w:r>
      <w:r w:rsidRPr="00C52B7B">
        <w:rPr>
          <w:rFonts w:ascii="Arial" w:eastAsia="TT4Fo00" w:hAnsi="Arial" w:cs="Arial"/>
          <w:color w:val="000000"/>
        </w:rPr>
        <w:t>non-</w:t>
      </w:r>
      <w:r w:rsidR="00C52B7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Pr="00C52B7B">
        <w:rPr>
          <w:rFonts w:ascii="Arial" w:eastAsia="TT4Fo00" w:hAnsi="Arial" w:cs="Arial"/>
          <w:color w:val="000000"/>
        </w:rPr>
        <w:t>compliance</w:t>
      </w:r>
      <w:r w:rsidRPr="00C52B7B">
        <w:rPr>
          <w:rFonts w:ascii="Arial" w:eastAsia="Times New Roman" w:hAnsi="Arial" w:cs="Arial"/>
          <w:color w:val="000000"/>
          <w:spacing w:val="15"/>
        </w:rPr>
        <w:t xml:space="preserve"> </w:t>
      </w:r>
      <w:r w:rsidRPr="00C52B7B">
        <w:rPr>
          <w:rFonts w:ascii="Arial" w:eastAsia="TT4Fo00" w:hAnsi="Arial" w:cs="Arial"/>
          <w:color w:val="000000"/>
        </w:rPr>
        <w:t>may</w:t>
      </w:r>
      <w:r w:rsidRPr="00C52B7B">
        <w:rPr>
          <w:rFonts w:ascii="Arial" w:eastAsia="Times New Roman" w:hAnsi="Arial" w:cs="Arial"/>
          <w:color w:val="000000"/>
          <w:spacing w:val="15"/>
        </w:rPr>
        <w:t xml:space="preserve"> </w:t>
      </w:r>
      <w:r w:rsidRPr="00C52B7B">
        <w:rPr>
          <w:rFonts w:ascii="Arial" w:eastAsia="TT4Fo00" w:hAnsi="Arial" w:cs="Arial"/>
          <w:color w:val="000000"/>
        </w:rPr>
        <w:t>result</w:t>
      </w:r>
      <w:r w:rsidRPr="00C52B7B">
        <w:rPr>
          <w:rFonts w:ascii="Arial" w:eastAsia="Times New Roman" w:hAnsi="Arial" w:cs="Arial"/>
          <w:color w:val="000000"/>
          <w:spacing w:val="15"/>
        </w:rPr>
        <w:t xml:space="preserve"> </w:t>
      </w:r>
      <w:r w:rsidRPr="00C52B7B">
        <w:rPr>
          <w:rFonts w:ascii="Arial" w:eastAsia="TT4Fo00" w:hAnsi="Arial" w:cs="Arial"/>
          <w:color w:val="000000"/>
          <w:w w:val="99"/>
        </w:rPr>
        <w:t>in</w:t>
      </w:r>
      <w:r w:rsidRPr="00C52B7B">
        <w:rPr>
          <w:rFonts w:ascii="Arial" w:eastAsia="Times New Roman" w:hAnsi="Arial" w:cs="Arial"/>
          <w:color w:val="000000"/>
          <w:spacing w:val="15"/>
        </w:rPr>
        <w:t xml:space="preserve"> </w:t>
      </w:r>
      <w:r w:rsidRPr="00C52B7B">
        <w:rPr>
          <w:rFonts w:ascii="Arial" w:eastAsia="TT4Fo00" w:hAnsi="Arial" w:cs="Arial"/>
          <w:color w:val="000000"/>
        </w:rPr>
        <w:t>termination</w:t>
      </w:r>
      <w:r w:rsidRPr="00C52B7B">
        <w:rPr>
          <w:rFonts w:ascii="Arial" w:eastAsia="Times New Roman" w:hAnsi="Arial" w:cs="Arial"/>
          <w:color w:val="000000"/>
          <w:spacing w:val="15"/>
        </w:rPr>
        <w:t xml:space="preserve"> </w:t>
      </w:r>
      <w:r w:rsidRPr="00C52B7B">
        <w:rPr>
          <w:rFonts w:ascii="Arial" w:eastAsia="TT4Fo00" w:hAnsi="Arial" w:cs="Arial"/>
          <w:color w:val="000000"/>
        </w:rPr>
        <w:t>of</w:t>
      </w:r>
      <w:r w:rsidRPr="00C52B7B">
        <w:rPr>
          <w:rFonts w:ascii="Arial" w:eastAsia="Times New Roman" w:hAnsi="Arial" w:cs="Arial"/>
          <w:color w:val="000000"/>
          <w:spacing w:val="12"/>
        </w:rPr>
        <w:t xml:space="preserve"> </w:t>
      </w:r>
      <w:r w:rsidRPr="00C52B7B">
        <w:rPr>
          <w:rFonts w:ascii="Arial" w:eastAsia="TT4Fo00" w:hAnsi="Arial" w:cs="Arial"/>
          <w:color w:val="000000"/>
        </w:rPr>
        <w:t>training.</w:t>
      </w:r>
    </w:p>
    <w:p w14:paraId="15CA21E8" w14:textId="77777777" w:rsidR="0006036C" w:rsidRPr="00C52B7B" w:rsidRDefault="00000000">
      <w:pPr>
        <w:wordWrap w:val="0"/>
        <w:autoSpaceDE w:val="0"/>
        <w:autoSpaceDN w:val="0"/>
        <w:spacing w:before="281" w:after="80" w:line="221" w:lineRule="exact"/>
        <w:ind w:left="69"/>
        <w:rPr>
          <w:rFonts w:ascii="Arial" w:hAnsi="Arial" w:cs="Arial"/>
        </w:rPr>
      </w:pPr>
      <w:r w:rsidRPr="00C52B7B">
        <w:rPr>
          <w:rFonts w:ascii="Arial" w:eastAsia="Arial" w:hAnsi="Arial" w:cs="Arial"/>
          <w:b/>
          <w:color w:val="000000"/>
        </w:rPr>
        <w:t>7</w:t>
      </w:r>
      <w:r w:rsidRPr="00C52B7B">
        <w:rPr>
          <w:rFonts w:ascii="Arial" w:eastAsia="Arial" w:hAnsi="Arial" w:cs="Arial"/>
          <w:b/>
          <w:color w:val="000000"/>
          <w:spacing w:val="-1"/>
        </w:rPr>
        <w:t>.</w:t>
      </w:r>
      <w:r w:rsidRPr="00C52B7B">
        <w:rPr>
          <w:rFonts w:ascii="Arial" w:eastAsia="Times New Roman" w:hAnsi="Arial" w:cs="Arial"/>
          <w:b/>
          <w:color w:val="000000"/>
          <w:spacing w:val="123"/>
        </w:rPr>
        <w:t xml:space="preserve"> </w:t>
      </w:r>
      <w:r w:rsidRPr="00C52B7B">
        <w:rPr>
          <w:rFonts w:ascii="Arial" w:eastAsia="Arial" w:hAnsi="Arial" w:cs="Arial"/>
          <w:b/>
          <w:color w:val="000000"/>
        </w:rPr>
        <w:t>DECLARATION</w:t>
      </w:r>
    </w:p>
    <w:p w14:paraId="06837AE8" w14:textId="77777777" w:rsidR="0006036C" w:rsidRDefault="00000000">
      <w:pPr>
        <w:wordWrap w:val="0"/>
        <w:autoSpaceDE w:val="0"/>
        <w:autoSpaceDN w:val="0"/>
        <w:spacing w:before="159" w:after="79" w:line="221" w:lineRule="exact"/>
        <w:ind w:left="429"/>
      </w:pPr>
      <w:r>
        <w:rPr>
          <w:rFonts w:ascii="Arial" w:eastAsia="Arial" w:hAnsi="Arial"/>
          <w:color w:val="000000"/>
          <w:spacing w:val="1"/>
        </w:rPr>
        <w:t>I</w:t>
      </w:r>
      <w:r>
        <w:rPr>
          <w:rFonts w:ascii="Arial" w:eastAsia="Arial" w:hAnsi="Arial"/>
          <w:color w:val="000000"/>
          <w:spacing w:val="-1"/>
        </w:rPr>
        <w:t>,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____________________________________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  <w:spacing w:val="-1"/>
        </w:rPr>
        <w:t>(</w:t>
      </w:r>
      <w:r>
        <w:rPr>
          <w:rFonts w:ascii="Arial" w:eastAsia="Arial" w:hAnsi="Arial"/>
          <w:color w:val="000000"/>
        </w:rPr>
        <w:t>NRIC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No.)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______________________,</w:t>
      </w:r>
    </w:p>
    <w:p w14:paraId="7D0EBD8A" w14:textId="77777777" w:rsidR="0006036C" w:rsidRDefault="00000000">
      <w:pPr>
        <w:wordWrap w:val="0"/>
        <w:autoSpaceDE w:val="0"/>
        <w:autoSpaceDN w:val="0"/>
        <w:spacing w:before="158" w:after="79" w:line="221" w:lineRule="exact"/>
        <w:ind w:left="429"/>
      </w:pPr>
      <w:r>
        <w:rPr>
          <w:rFonts w:ascii="Arial" w:eastAsia="Arial" w:hAnsi="Arial"/>
          <w:color w:val="000000"/>
        </w:rPr>
        <w:t>hereby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declare</w:t>
      </w:r>
      <w:r>
        <w:rPr>
          <w:rFonts w:ascii="Times New Roman" w:eastAsia="Times New Roman" w:hAnsi="Times New Roman"/>
          <w:color w:val="000000"/>
          <w:spacing w:val="5"/>
        </w:rPr>
        <w:t xml:space="preserve"> </w:t>
      </w:r>
      <w:r>
        <w:rPr>
          <w:rFonts w:ascii="Arial" w:eastAsia="Arial" w:hAnsi="Arial"/>
          <w:color w:val="000000"/>
        </w:rPr>
        <w:t>that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  <w:w w:val="99"/>
        </w:rPr>
        <w:t>all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the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information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submitted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in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this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application</w:t>
      </w:r>
      <w:r>
        <w:rPr>
          <w:rFonts w:ascii="Times New Roman" w:eastAsia="Times New Roman" w:hAnsi="Times New Roman"/>
          <w:color w:val="000000"/>
          <w:spacing w:val="5"/>
        </w:rPr>
        <w:t xml:space="preserve"> </w:t>
      </w:r>
      <w:r>
        <w:rPr>
          <w:rFonts w:ascii="Arial" w:eastAsia="Arial" w:hAnsi="Arial"/>
          <w:color w:val="000000"/>
        </w:rPr>
        <w:t>form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is</w:t>
      </w:r>
      <w:r>
        <w:rPr>
          <w:rFonts w:ascii="Times New Roman" w:eastAsia="Times New Roman" w:hAnsi="Times New Roman"/>
          <w:color w:val="000000"/>
          <w:spacing w:val="5"/>
        </w:rPr>
        <w:t xml:space="preserve"> </w:t>
      </w:r>
      <w:r>
        <w:rPr>
          <w:rFonts w:ascii="Arial" w:eastAsia="Arial" w:hAnsi="Arial"/>
          <w:color w:val="000000"/>
        </w:rPr>
        <w:t>true</w:t>
      </w:r>
      <w:r>
        <w:rPr>
          <w:rFonts w:ascii="Arial" w:eastAsia="Arial" w:hAnsi="Arial"/>
          <w:color w:val="000000"/>
          <w:spacing w:val="1"/>
        </w:rPr>
        <w:t>;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  <w:w w:val="99"/>
        </w:rPr>
        <w:t>and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that</w:t>
      </w:r>
      <w:r>
        <w:rPr>
          <w:rFonts w:ascii="Times New Roman" w:eastAsia="Times New Roman" w:hAnsi="Times New Roman"/>
          <w:color w:val="000000"/>
          <w:spacing w:val="5"/>
        </w:rPr>
        <w:t xml:space="preserve"> </w:t>
      </w:r>
      <w:r>
        <w:rPr>
          <w:rFonts w:ascii="Arial" w:eastAsia="Arial" w:hAnsi="Arial"/>
          <w:color w:val="000000"/>
          <w:spacing w:val="1"/>
        </w:rPr>
        <w:t>I</w:t>
      </w:r>
    </w:p>
    <w:p w14:paraId="398A5E3B" w14:textId="77777777" w:rsidR="0006036C" w:rsidRDefault="00000000">
      <w:pPr>
        <w:wordWrap w:val="0"/>
        <w:autoSpaceDE w:val="0"/>
        <w:autoSpaceDN w:val="0"/>
        <w:spacing w:before="158" w:after="206" w:line="221" w:lineRule="exact"/>
        <w:ind w:left="429"/>
      </w:pPr>
      <w:r>
        <w:rPr>
          <w:rFonts w:ascii="Arial" w:eastAsia="Arial" w:hAnsi="Arial"/>
          <w:color w:val="000000"/>
        </w:rPr>
        <w:t>have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read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and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understood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  <w:w w:val="99"/>
        </w:rPr>
        <w:t>all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the</w:t>
      </w:r>
      <w:r>
        <w:rPr>
          <w:rFonts w:ascii="Times New Roman" w:eastAsia="Times New Roman" w:hAnsi="Times New Roman"/>
          <w:color w:val="000000"/>
          <w:spacing w:val="5"/>
        </w:rPr>
        <w:t xml:space="preserve"> </w:t>
      </w:r>
      <w:r>
        <w:rPr>
          <w:rFonts w:ascii="Arial" w:eastAsia="Arial" w:hAnsi="Arial"/>
          <w:color w:val="000000"/>
        </w:rPr>
        <w:t>terms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and</w:t>
      </w:r>
      <w:r>
        <w:rPr>
          <w:rFonts w:ascii="Times New Roman" w:eastAsia="Times New Roman" w:hAnsi="Times New Roman"/>
          <w:color w:val="000000"/>
          <w:spacing w:val="5"/>
        </w:rPr>
        <w:t xml:space="preserve"> </w:t>
      </w:r>
      <w:r>
        <w:rPr>
          <w:rFonts w:ascii="Arial" w:eastAsia="Arial" w:hAnsi="Arial"/>
          <w:color w:val="000000"/>
        </w:rPr>
        <w:t>conditions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stated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in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Section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6</w:t>
      </w:r>
      <w:r>
        <w:rPr>
          <w:rFonts w:ascii="Times New Roman" w:eastAsia="Times New Roman" w:hAnsi="Times New Roman"/>
          <w:color w:val="000000"/>
          <w:spacing w:val="5"/>
        </w:rPr>
        <w:t xml:space="preserve"> </w:t>
      </w:r>
      <w:r>
        <w:rPr>
          <w:rFonts w:ascii="Arial" w:eastAsia="Arial" w:hAnsi="Arial"/>
          <w:color w:val="000000"/>
          <w:spacing w:val="1"/>
        </w:rPr>
        <w:t>(</w:t>
      </w:r>
      <w:r>
        <w:rPr>
          <w:rFonts w:ascii="Arial" w:eastAsia="Arial" w:hAnsi="Arial"/>
          <w:color w:val="000000"/>
        </w:rPr>
        <w:t>a</w:t>
      </w:r>
      <w:r>
        <w:rPr>
          <w:rFonts w:ascii="Arial" w:eastAsia="Arial" w:hAnsi="Arial"/>
          <w:color w:val="000000"/>
          <w:spacing w:val="1"/>
        </w:rPr>
        <w:t>)</w:t>
      </w:r>
      <w:r>
        <w:rPr>
          <w:rFonts w:ascii="Times New Roman" w:eastAsia="Times New Roman" w:hAnsi="Times New Roman"/>
          <w:color w:val="000000"/>
          <w:spacing w:val="5"/>
        </w:rPr>
        <w:t xml:space="preserve"> </w:t>
      </w:r>
      <w:r>
        <w:rPr>
          <w:rFonts w:ascii="Arial" w:eastAsia="Arial" w:hAnsi="Arial"/>
          <w:color w:val="000000"/>
        </w:rPr>
        <w:t>–</w:t>
      </w:r>
      <w:r>
        <w:rPr>
          <w:rFonts w:ascii="Times New Roman" w:eastAsia="Times New Roman" w:hAnsi="Times New Roman"/>
          <w:color w:val="000000"/>
          <w:spacing w:val="5"/>
        </w:rPr>
        <w:t xml:space="preserve"> </w:t>
      </w:r>
      <w:r>
        <w:rPr>
          <w:rFonts w:ascii="Arial" w:eastAsia="Arial" w:hAnsi="Arial"/>
          <w:color w:val="000000"/>
          <w:spacing w:val="1"/>
        </w:rPr>
        <w:t>(</w:t>
      </w:r>
      <w:r>
        <w:rPr>
          <w:rFonts w:ascii="Arial" w:eastAsia="Arial" w:hAnsi="Arial"/>
          <w:color w:val="000000"/>
        </w:rPr>
        <w:t>h).</w:t>
      </w:r>
    </w:p>
    <w:p w14:paraId="0C4DC418" w14:textId="77777777" w:rsidR="0006036C" w:rsidRDefault="00000000">
      <w:pPr>
        <w:wordWrap w:val="0"/>
        <w:autoSpaceDE w:val="0"/>
        <w:autoSpaceDN w:val="0"/>
        <w:spacing w:before="413" w:after="420" w:line="221" w:lineRule="exact"/>
        <w:ind w:left="429"/>
      </w:pPr>
      <w:r>
        <w:rPr>
          <w:rFonts w:ascii="Arial" w:eastAsia="Arial" w:hAnsi="Arial"/>
          <w:color w:val="000000"/>
        </w:rPr>
        <w:t>Signature</w:t>
      </w:r>
      <w:r>
        <w:rPr>
          <w:rFonts w:ascii="Arial" w:eastAsia="Arial" w:hAnsi="Arial"/>
          <w:color w:val="000000"/>
          <w:spacing w:val="-1"/>
        </w:rPr>
        <w:t>:</w:t>
      </w:r>
      <w:r>
        <w:rPr>
          <w:rFonts w:ascii="Times New Roman" w:eastAsia="Times New Roman" w:hAnsi="Times New Roman"/>
          <w:color w:val="000000"/>
          <w:spacing w:val="22"/>
        </w:rPr>
        <w:t xml:space="preserve"> </w:t>
      </w:r>
      <w:r>
        <w:rPr>
          <w:rFonts w:ascii="Arial" w:eastAsia="Arial" w:hAnsi="Arial"/>
          <w:color w:val="000000"/>
        </w:rPr>
        <w:t>_____________________________</w:t>
      </w:r>
      <w:r>
        <w:rPr>
          <w:rFonts w:ascii="Times New Roman" w:eastAsia="Times New Roman" w:hAnsi="Times New Roman"/>
          <w:color w:val="000000"/>
          <w:spacing w:val="742"/>
        </w:rPr>
        <w:t xml:space="preserve"> </w:t>
      </w:r>
      <w:r>
        <w:rPr>
          <w:rFonts w:ascii="Arial" w:eastAsia="Arial" w:hAnsi="Arial"/>
          <w:color w:val="000000"/>
        </w:rPr>
        <w:t>Date</w:t>
      </w:r>
      <w:r>
        <w:rPr>
          <w:rFonts w:ascii="Arial" w:eastAsia="Arial" w:hAnsi="Arial"/>
          <w:color w:val="000000"/>
          <w:spacing w:val="-1"/>
        </w:rPr>
        <w:t>: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_____________________</w:t>
      </w:r>
    </w:p>
    <w:p w14:paraId="1E688B36" w14:textId="652E4378" w:rsidR="0006036C" w:rsidRDefault="002D6CAB">
      <w:pPr>
        <w:wordWrap w:val="0"/>
        <w:autoSpaceDE w:val="0"/>
        <w:autoSpaceDN w:val="0"/>
        <w:spacing w:before="840" w:after="78" w:line="221" w:lineRule="exact"/>
        <w:ind w:left="429"/>
      </w:pPr>
      <w:r>
        <w:rPr>
          <w:noProof/>
        </w:rPr>
        <w:drawing>
          <wp:anchor distT="0" distB="0" distL="0" distR="0" simplePos="0" relativeHeight="251657216" behindDoc="1" locked="0" layoutInCell="1" allowOverlap="1" wp14:anchorId="507C274D" wp14:editId="15D2B452">
            <wp:simplePos x="0" y="0"/>
            <wp:positionH relativeFrom="page">
              <wp:posOffset>1119098</wp:posOffset>
            </wp:positionH>
            <wp:positionV relativeFrom="page">
              <wp:posOffset>6285128</wp:posOffset>
            </wp:positionV>
            <wp:extent cx="5539740" cy="2032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3974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/>
          <w:color w:val="000000"/>
        </w:rPr>
        <w:t>Please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mail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the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completed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application</w:t>
      </w:r>
      <w:r>
        <w:rPr>
          <w:rFonts w:ascii="Times New Roman" w:eastAsia="Times New Roman" w:hAnsi="Times New Roman"/>
          <w:color w:val="000000"/>
          <w:spacing w:val="5"/>
        </w:rPr>
        <w:t xml:space="preserve"> </w:t>
      </w:r>
      <w:r>
        <w:rPr>
          <w:rFonts w:ascii="Arial" w:eastAsia="Arial" w:hAnsi="Arial"/>
          <w:color w:val="000000"/>
        </w:rPr>
        <w:t>form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together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  <w:w w:val="99"/>
        </w:rPr>
        <w:t>with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the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required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documents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  <w:w w:val="99"/>
        </w:rPr>
        <w:t>to</w:t>
      </w:r>
      <w:r>
        <w:rPr>
          <w:rFonts w:ascii="Arial" w:eastAsia="Arial" w:hAnsi="Arial"/>
          <w:color w:val="000000"/>
          <w:spacing w:val="1"/>
        </w:rPr>
        <w:t>:</w:t>
      </w:r>
    </w:p>
    <w:p w14:paraId="2BB15CD4" w14:textId="77777777" w:rsidR="0006036C" w:rsidRDefault="00000000">
      <w:pPr>
        <w:wordWrap w:val="0"/>
        <w:autoSpaceDE w:val="0"/>
        <w:autoSpaceDN w:val="0"/>
        <w:spacing w:before="157" w:after="81" w:line="221" w:lineRule="exact"/>
        <w:ind w:left="429"/>
      </w:pPr>
      <w:r>
        <w:rPr>
          <w:rFonts w:ascii="Arial" w:eastAsia="Arial" w:hAnsi="Arial"/>
          <w:b/>
          <w:color w:val="000000"/>
        </w:rPr>
        <w:t>SARAWAK</w:t>
      </w:r>
      <w:r>
        <w:rPr>
          <w:rFonts w:ascii="Times New Roman" w:eastAsia="Times New Roman" w:hAnsi="Times New Roman"/>
          <w:b/>
          <w:color w:val="000000"/>
          <w:spacing w:val="7"/>
        </w:rPr>
        <w:t xml:space="preserve"> </w:t>
      </w:r>
      <w:r>
        <w:rPr>
          <w:rFonts w:ascii="Arial" w:eastAsia="Arial" w:hAnsi="Arial"/>
          <w:b/>
          <w:color w:val="000000"/>
        </w:rPr>
        <w:t>BIODIVERSITY</w:t>
      </w:r>
      <w:r>
        <w:rPr>
          <w:rFonts w:ascii="Times New Roman" w:eastAsia="Times New Roman" w:hAnsi="Times New Roman"/>
          <w:b/>
          <w:color w:val="000000"/>
          <w:spacing w:val="7"/>
        </w:rPr>
        <w:t xml:space="preserve"> </w:t>
      </w:r>
      <w:r>
        <w:rPr>
          <w:rFonts w:ascii="Arial" w:eastAsia="Arial" w:hAnsi="Arial"/>
          <w:b/>
          <w:color w:val="000000"/>
        </w:rPr>
        <w:t>CENTRE</w:t>
      </w:r>
    </w:p>
    <w:p w14:paraId="4E42EC0F" w14:textId="77777777" w:rsidR="0006036C" w:rsidRDefault="00000000">
      <w:pPr>
        <w:wordWrap w:val="0"/>
        <w:autoSpaceDE w:val="0"/>
        <w:autoSpaceDN w:val="0"/>
        <w:spacing w:before="162" w:after="79" w:line="221" w:lineRule="exact"/>
        <w:ind w:left="429"/>
      </w:pPr>
      <w:r>
        <w:rPr>
          <w:rFonts w:ascii="Arial" w:eastAsia="Arial" w:hAnsi="Arial"/>
          <w:color w:val="000000"/>
        </w:rPr>
        <w:t>KM20</w:t>
      </w:r>
      <w:r>
        <w:rPr>
          <w:rFonts w:ascii="Arial" w:eastAsia="Arial" w:hAnsi="Arial"/>
          <w:color w:val="000000"/>
          <w:spacing w:val="1"/>
        </w:rPr>
        <w:t>,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Jalan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Borneo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Heights</w:t>
      </w:r>
      <w:r>
        <w:rPr>
          <w:rFonts w:ascii="Arial" w:eastAsia="Arial" w:hAnsi="Arial"/>
          <w:color w:val="000000"/>
          <w:spacing w:val="-1"/>
        </w:rPr>
        <w:t>,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Semenggoh</w:t>
      </w:r>
    </w:p>
    <w:p w14:paraId="7866DA61" w14:textId="77777777" w:rsidR="0006036C" w:rsidRDefault="00000000">
      <w:pPr>
        <w:wordWrap w:val="0"/>
        <w:autoSpaceDE w:val="0"/>
        <w:autoSpaceDN w:val="0"/>
        <w:spacing w:before="158" w:after="79" w:line="221" w:lineRule="exact"/>
        <w:ind w:left="429"/>
      </w:pPr>
      <w:r>
        <w:rPr>
          <w:rFonts w:ascii="Arial" w:eastAsia="Arial" w:hAnsi="Arial"/>
          <w:color w:val="000000"/>
        </w:rPr>
        <w:t>Locked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Bag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  <w:spacing w:val="-1"/>
        </w:rPr>
        <w:t>No</w:t>
      </w:r>
      <w:r>
        <w:rPr>
          <w:rFonts w:ascii="Arial" w:eastAsia="Arial" w:hAnsi="Arial"/>
          <w:color w:val="000000"/>
          <w:spacing w:val="1"/>
        </w:rPr>
        <w:t>.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3032</w:t>
      </w:r>
    </w:p>
    <w:p w14:paraId="1CD4C0C3" w14:textId="77777777" w:rsidR="0006036C" w:rsidRDefault="00000000">
      <w:pPr>
        <w:wordWrap w:val="0"/>
        <w:autoSpaceDE w:val="0"/>
        <w:autoSpaceDN w:val="0"/>
        <w:spacing w:before="158" w:after="79" w:line="221" w:lineRule="exact"/>
        <w:ind w:left="429"/>
      </w:pPr>
      <w:r>
        <w:rPr>
          <w:rFonts w:ascii="Arial" w:eastAsia="Arial" w:hAnsi="Arial"/>
          <w:color w:val="000000"/>
        </w:rPr>
        <w:t>93990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Kuching</w:t>
      </w:r>
      <w:r>
        <w:rPr>
          <w:rFonts w:ascii="Arial" w:eastAsia="Arial" w:hAnsi="Arial"/>
          <w:color w:val="000000"/>
          <w:spacing w:val="1"/>
        </w:rPr>
        <w:t>,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Sarawak</w:t>
      </w:r>
    </w:p>
    <w:p w14:paraId="28F3C6B1" w14:textId="77777777" w:rsidR="0006036C" w:rsidRDefault="00000000">
      <w:pPr>
        <w:wordWrap w:val="0"/>
        <w:autoSpaceDE w:val="0"/>
        <w:autoSpaceDN w:val="0"/>
        <w:spacing w:before="158" w:after="79" w:line="221" w:lineRule="exact"/>
        <w:ind w:left="429"/>
      </w:pPr>
      <w:r>
        <w:rPr>
          <w:rFonts w:ascii="Arial" w:eastAsia="Arial" w:hAnsi="Arial"/>
          <w:color w:val="000000"/>
          <w:spacing w:val="1"/>
        </w:rPr>
        <w:t>(</w:t>
      </w:r>
      <w:r>
        <w:rPr>
          <w:rFonts w:ascii="Arial" w:eastAsia="Arial" w:hAnsi="Arial"/>
          <w:color w:val="000000"/>
        </w:rPr>
        <w:t>Tel</w:t>
      </w:r>
      <w:r>
        <w:rPr>
          <w:rFonts w:ascii="Arial" w:eastAsia="Arial" w:hAnsi="Arial"/>
          <w:color w:val="000000"/>
          <w:spacing w:val="1"/>
        </w:rPr>
        <w:t>)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  <w:w w:val="99"/>
        </w:rPr>
        <w:t>082</w:t>
      </w:r>
      <w:r>
        <w:rPr>
          <w:rFonts w:ascii="Arial" w:eastAsia="Arial" w:hAnsi="Arial"/>
          <w:color w:val="000000"/>
          <w:spacing w:val="1"/>
        </w:rPr>
        <w:t>-</w:t>
      </w:r>
      <w:r>
        <w:rPr>
          <w:rFonts w:ascii="Arial" w:eastAsia="Arial" w:hAnsi="Arial"/>
          <w:color w:val="000000"/>
        </w:rPr>
        <w:t>610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610</w:t>
      </w:r>
    </w:p>
    <w:p w14:paraId="2B1A4394" w14:textId="77777777" w:rsidR="0006036C" w:rsidRDefault="00000000">
      <w:pPr>
        <w:wordWrap w:val="0"/>
        <w:autoSpaceDE w:val="0"/>
        <w:autoSpaceDN w:val="0"/>
        <w:spacing w:before="158" w:after="79" w:line="221" w:lineRule="exact"/>
        <w:ind w:left="429"/>
      </w:pPr>
      <w:r>
        <w:rPr>
          <w:rFonts w:ascii="Arial" w:eastAsia="Arial" w:hAnsi="Arial"/>
          <w:color w:val="000000"/>
          <w:spacing w:val="1"/>
        </w:rPr>
        <w:t>(</w:t>
      </w:r>
      <w:r>
        <w:rPr>
          <w:rFonts w:ascii="Arial" w:eastAsia="Arial" w:hAnsi="Arial"/>
          <w:color w:val="000000"/>
          <w:w w:val="99"/>
        </w:rPr>
        <w:t>Fax</w:t>
      </w:r>
      <w:r>
        <w:rPr>
          <w:rFonts w:ascii="Arial" w:eastAsia="Arial" w:hAnsi="Arial"/>
          <w:color w:val="000000"/>
          <w:spacing w:val="1"/>
        </w:rPr>
        <w:t>)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082</w:t>
      </w:r>
      <w:r>
        <w:rPr>
          <w:rFonts w:ascii="Arial" w:eastAsia="Arial" w:hAnsi="Arial"/>
          <w:color w:val="000000"/>
          <w:spacing w:val="1"/>
        </w:rPr>
        <w:t>-</w:t>
      </w:r>
      <w:r>
        <w:rPr>
          <w:rFonts w:ascii="Arial" w:eastAsia="Arial" w:hAnsi="Arial"/>
          <w:color w:val="000000"/>
          <w:w w:val="99"/>
        </w:rPr>
        <w:t>611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535</w:t>
      </w:r>
    </w:p>
    <w:p w14:paraId="299F3EFD" w14:textId="77777777" w:rsidR="0006036C" w:rsidRDefault="00000000">
      <w:pPr>
        <w:wordWrap w:val="0"/>
        <w:autoSpaceDE w:val="0"/>
        <w:autoSpaceDN w:val="0"/>
        <w:spacing w:before="158" w:after="931" w:line="221" w:lineRule="exact"/>
        <w:ind w:left="429"/>
      </w:pPr>
      <w:r>
        <w:rPr>
          <w:rFonts w:ascii="Arial" w:eastAsia="Arial" w:hAnsi="Arial"/>
          <w:color w:val="000000"/>
          <w:spacing w:val="1"/>
        </w:rPr>
        <w:t>(</w:t>
      </w:r>
      <w:r>
        <w:rPr>
          <w:rFonts w:ascii="Arial" w:eastAsia="Arial" w:hAnsi="Arial"/>
          <w:color w:val="000000"/>
        </w:rPr>
        <w:t>Email</w:t>
      </w:r>
      <w:r>
        <w:rPr>
          <w:rFonts w:ascii="Arial" w:eastAsia="Arial" w:hAnsi="Arial"/>
          <w:color w:val="000000"/>
          <w:spacing w:val="1"/>
        </w:rPr>
        <w:t>)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FF"/>
          <w:u w:val="single"/>
        </w:rPr>
        <w:t>biosar@sbc</w:t>
      </w:r>
      <w:r>
        <w:rPr>
          <w:rFonts w:ascii="Arial" w:eastAsia="Arial" w:hAnsi="Arial"/>
          <w:color w:val="0000FF"/>
          <w:spacing w:val="1"/>
          <w:u w:val="single"/>
        </w:rPr>
        <w:t>.</w:t>
      </w:r>
      <w:r>
        <w:rPr>
          <w:rFonts w:ascii="Arial" w:eastAsia="Arial" w:hAnsi="Arial"/>
          <w:color w:val="0000FF"/>
          <w:u w:val="single"/>
        </w:rPr>
        <w:t>org</w:t>
      </w:r>
      <w:r>
        <w:rPr>
          <w:rFonts w:ascii="Arial" w:eastAsia="Arial" w:hAnsi="Arial"/>
          <w:color w:val="0000FF"/>
          <w:spacing w:val="-1"/>
          <w:u w:val="single"/>
        </w:rPr>
        <w:t>.</w:t>
      </w:r>
      <w:r>
        <w:rPr>
          <w:rFonts w:ascii="Arial" w:eastAsia="Arial" w:hAnsi="Arial"/>
          <w:color w:val="0000FF"/>
          <w:u w:val="single"/>
        </w:rPr>
        <w:t>my</w:t>
      </w:r>
    </w:p>
    <w:p w14:paraId="5D40288E" w14:textId="77777777" w:rsidR="0006036C" w:rsidRDefault="0006036C">
      <w:pPr>
        <w:spacing w:after="0"/>
        <w:sectPr w:rsidR="0006036C">
          <w:type w:val="continuous"/>
          <w:pgSz w:w="11900" w:h="16840"/>
          <w:pgMar w:top="432" w:right="1324" w:bottom="377" w:left="1371" w:header="720" w:footer="720" w:gutter="0"/>
          <w:cols w:space="720" w:equalWidth="0">
            <w:col w:w="9205" w:space="0"/>
          </w:cols>
          <w:docGrid w:linePitch="360"/>
        </w:sectPr>
      </w:pPr>
    </w:p>
    <w:p w14:paraId="5AC928E7" w14:textId="08B41603" w:rsidR="006366D9" w:rsidRDefault="006366D9">
      <w:pPr>
        <w:wordWrap w:val="0"/>
        <w:autoSpaceDE w:val="0"/>
        <w:autoSpaceDN w:val="0"/>
        <w:spacing w:before="931" w:after="0" w:line="139" w:lineRule="exact"/>
        <w:ind w:left="69"/>
        <w:rPr>
          <w:rFonts w:ascii="Arial" w:eastAsia="Arial" w:hAnsi="Arial"/>
          <w:color w:val="000000"/>
          <w:sz w:val="14"/>
        </w:rPr>
      </w:pPr>
    </w:p>
    <w:p w14:paraId="0160B5B8" w14:textId="7FBD3951" w:rsidR="0006036C" w:rsidRDefault="006366D9">
      <w:pPr>
        <w:wordWrap w:val="0"/>
        <w:autoSpaceDE w:val="0"/>
        <w:autoSpaceDN w:val="0"/>
        <w:spacing w:before="931" w:after="0" w:line="139" w:lineRule="exact"/>
        <w:ind w:left="69"/>
      </w:pPr>
      <w:r>
        <w:rPr>
          <w:noProof/>
        </w:rPr>
        <w:drawing>
          <wp:anchor distT="0" distB="0" distL="0" distR="0" simplePos="0" relativeHeight="251660288" behindDoc="1" locked="0" layoutInCell="1" allowOverlap="1" wp14:anchorId="07D129C8" wp14:editId="4F5C5E1E">
            <wp:simplePos x="0" y="0"/>
            <wp:positionH relativeFrom="page">
              <wp:posOffset>895985</wp:posOffset>
            </wp:positionH>
            <wp:positionV relativeFrom="page">
              <wp:posOffset>10041204</wp:posOffset>
            </wp:positionV>
            <wp:extent cx="5768340" cy="127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834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rFonts w:ascii="Arial" w:eastAsia="Arial" w:hAnsi="Arial"/>
          <w:color w:val="000000"/>
          <w:sz w:val="14"/>
        </w:rPr>
        <w:t>SBC</w:t>
      </w:r>
      <w:r w:rsidR="00000000">
        <w:rPr>
          <w:rFonts w:ascii="Arial" w:eastAsia="Arial" w:hAnsi="Arial"/>
          <w:color w:val="000000"/>
          <w:spacing w:val="-1"/>
          <w:sz w:val="14"/>
        </w:rPr>
        <w:t>-</w:t>
      </w:r>
      <w:r w:rsidR="00000000">
        <w:rPr>
          <w:rFonts w:ascii="Arial" w:eastAsia="Arial" w:hAnsi="Arial"/>
          <w:color w:val="000000"/>
          <w:sz w:val="14"/>
        </w:rPr>
        <w:t>GDL</w:t>
      </w:r>
      <w:r w:rsidR="00000000">
        <w:rPr>
          <w:rFonts w:ascii="Arial" w:eastAsia="Arial" w:hAnsi="Arial"/>
          <w:color w:val="000000"/>
          <w:spacing w:val="-1"/>
          <w:sz w:val="14"/>
        </w:rPr>
        <w:t>-</w:t>
      </w:r>
      <w:r w:rsidR="00000000">
        <w:rPr>
          <w:rFonts w:ascii="Arial" w:eastAsia="Arial" w:hAnsi="Arial"/>
          <w:color w:val="000000"/>
          <w:sz w:val="14"/>
        </w:rPr>
        <w:t>ADM</w:t>
      </w:r>
      <w:r w:rsidR="00000000">
        <w:rPr>
          <w:rFonts w:ascii="Arial" w:eastAsia="Arial" w:hAnsi="Arial"/>
          <w:color w:val="000000"/>
          <w:spacing w:val="-1"/>
          <w:sz w:val="14"/>
        </w:rPr>
        <w:t>-</w:t>
      </w:r>
      <w:r w:rsidR="00000000">
        <w:rPr>
          <w:rFonts w:ascii="Arial" w:eastAsia="Arial" w:hAnsi="Arial"/>
          <w:color w:val="000000"/>
          <w:sz w:val="14"/>
        </w:rPr>
        <w:t>0010</w:t>
      </w:r>
      <w:r w:rsidR="00000000">
        <w:rPr>
          <w:rFonts w:ascii="Times New Roman" w:eastAsia="Times New Roman" w:hAnsi="Times New Roman"/>
          <w:color w:val="000000"/>
          <w:spacing w:val="6"/>
          <w:sz w:val="14"/>
        </w:rPr>
        <w:t xml:space="preserve"> </w:t>
      </w:r>
      <w:r w:rsidR="00000000">
        <w:rPr>
          <w:rFonts w:ascii="Arial" w:eastAsia="Arial" w:hAnsi="Arial"/>
          <w:color w:val="000000"/>
          <w:sz w:val="14"/>
        </w:rPr>
        <w:t>Industrial</w:t>
      </w:r>
      <w:r w:rsidR="00000000">
        <w:rPr>
          <w:rFonts w:ascii="Times New Roman" w:eastAsia="Times New Roman" w:hAnsi="Times New Roman"/>
          <w:color w:val="000000"/>
          <w:spacing w:val="3"/>
          <w:sz w:val="14"/>
        </w:rPr>
        <w:t xml:space="preserve"> </w:t>
      </w:r>
      <w:r w:rsidR="00000000">
        <w:rPr>
          <w:rFonts w:ascii="Arial" w:eastAsia="Arial" w:hAnsi="Arial"/>
          <w:color w:val="000000"/>
          <w:sz w:val="14"/>
        </w:rPr>
        <w:t>Training</w:t>
      </w:r>
      <w:r w:rsidR="00000000">
        <w:rPr>
          <w:rFonts w:ascii="Times New Roman" w:eastAsia="Times New Roman" w:hAnsi="Times New Roman"/>
          <w:color w:val="000000"/>
          <w:spacing w:val="3"/>
          <w:sz w:val="14"/>
        </w:rPr>
        <w:t xml:space="preserve"> </w:t>
      </w:r>
      <w:r w:rsidR="00000000">
        <w:rPr>
          <w:rFonts w:ascii="Arial" w:eastAsia="Arial" w:hAnsi="Arial"/>
          <w:color w:val="000000"/>
          <w:sz w:val="14"/>
        </w:rPr>
        <w:t>Application</w:t>
      </w:r>
      <w:r w:rsidR="00000000">
        <w:rPr>
          <w:rFonts w:ascii="Times New Roman" w:eastAsia="Times New Roman" w:hAnsi="Times New Roman"/>
          <w:color w:val="000000"/>
          <w:spacing w:val="6"/>
          <w:sz w:val="14"/>
        </w:rPr>
        <w:t xml:space="preserve"> </w:t>
      </w:r>
      <w:r w:rsidR="00000000">
        <w:rPr>
          <w:rFonts w:ascii="Arial" w:eastAsia="Arial" w:hAnsi="Arial"/>
          <w:color w:val="000000"/>
          <w:sz w:val="14"/>
        </w:rPr>
        <w:t>Form</w:t>
      </w:r>
      <w:r w:rsidR="00000000">
        <w:rPr>
          <w:rFonts w:ascii="Arial" w:eastAsia="Arial" w:hAnsi="Arial"/>
          <w:color w:val="000000"/>
          <w:w w:val="99"/>
          <w:sz w:val="14"/>
        </w:rPr>
        <w:t>,</w:t>
      </w:r>
      <w:r w:rsidR="00000000">
        <w:rPr>
          <w:rFonts w:ascii="Times New Roman" w:eastAsia="Times New Roman" w:hAnsi="Times New Roman"/>
          <w:color w:val="000000"/>
          <w:spacing w:val="3"/>
          <w:sz w:val="14"/>
        </w:rPr>
        <w:t xml:space="preserve"> </w:t>
      </w:r>
      <w:r w:rsidR="00000000">
        <w:rPr>
          <w:rFonts w:ascii="Arial" w:eastAsia="Arial" w:hAnsi="Arial"/>
          <w:color w:val="000000"/>
          <w:sz w:val="14"/>
        </w:rPr>
        <w:t>Rev</w:t>
      </w:r>
      <w:r w:rsidR="00000000">
        <w:rPr>
          <w:rFonts w:ascii="Times New Roman" w:eastAsia="Times New Roman" w:hAnsi="Times New Roman"/>
          <w:color w:val="000000"/>
          <w:spacing w:val="3"/>
          <w:sz w:val="14"/>
        </w:rPr>
        <w:t xml:space="preserve"> </w:t>
      </w:r>
      <w:r w:rsidR="00C52B7B">
        <w:rPr>
          <w:rFonts w:ascii="Arial" w:eastAsia="Arial" w:hAnsi="Arial"/>
          <w:color w:val="000000"/>
          <w:spacing w:val="-1"/>
          <w:sz w:val="14"/>
        </w:rPr>
        <w:t>2</w:t>
      </w:r>
    </w:p>
    <w:p w14:paraId="7627F70F" w14:textId="77777777" w:rsidR="0006036C" w:rsidRDefault="0006036C">
      <w:pPr>
        <w:spacing w:after="0"/>
        <w:sectPr w:rsidR="0006036C">
          <w:type w:val="continuous"/>
          <w:pgSz w:w="11900" w:h="16840"/>
          <w:pgMar w:top="432" w:right="1324" w:bottom="377" w:left="1371" w:header="720" w:footer="720" w:gutter="0"/>
          <w:cols w:num="2" w:space="720" w:equalWidth="0">
            <w:col w:w="5882" w:space="0"/>
            <w:col w:w="3323" w:space="0"/>
          </w:cols>
          <w:docGrid w:linePitch="360"/>
        </w:sectPr>
      </w:pPr>
    </w:p>
    <w:p w14:paraId="2A090176" w14:textId="77777777" w:rsidR="006366D9" w:rsidRDefault="006366D9">
      <w:pPr>
        <w:wordWrap w:val="0"/>
        <w:autoSpaceDE w:val="0"/>
        <w:autoSpaceDN w:val="0"/>
        <w:spacing w:before="931" w:after="0" w:line="139" w:lineRule="exact"/>
        <w:ind w:left="1773"/>
        <w:rPr>
          <w:rFonts w:ascii="Arial" w:eastAsia="Arial" w:hAnsi="Arial"/>
          <w:color w:val="000000"/>
          <w:sz w:val="14"/>
        </w:rPr>
      </w:pPr>
    </w:p>
    <w:p w14:paraId="763DE286" w14:textId="7233030D" w:rsidR="0006036C" w:rsidRDefault="00000000">
      <w:pPr>
        <w:wordWrap w:val="0"/>
        <w:autoSpaceDE w:val="0"/>
        <w:autoSpaceDN w:val="0"/>
        <w:spacing w:before="931" w:after="0" w:line="139" w:lineRule="exact"/>
        <w:ind w:left="1773"/>
      </w:pPr>
      <w:r>
        <w:rPr>
          <w:rFonts w:ascii="Arial" w:eastAsia="Arial" w:hAnsi="Arial"/>
          <w:color w:val="000000"/>
          <w:sz w:val="14"/>
        </w:rPr>
        <w:t>page</w:t>
      </w:r>
      <w:r>
        <w:rPr>
          <w:rFonts w:ascii="Times New Roman" w:eastAsia="Times New Roman" w:hAnsi="Times New Roman"/>
          <w:color w:val="000000"/>
          <w:spacing w:val="3"/>
          <w:sz w:val="14"/>
        </w:rPr>
        <w:t xml:space="preserve"> </w:t>
      </w:r>
      <w:r>
        <w:rPr>
          <w:rFonts w:ascii="Arial" w:eastAsia="Arial" w:hAnsi="Arial"/>
          <w:color w:val="000000"/>
          <w:spacing w:val="-1"/>
          <w:sz w:val="14"/>
        </w:rPr>
        <w:t>2</w:t>
      </w:r>
      <w:r>
        <w:rPr>
          <w:rFonts w:ascii="Times New Roman" w:eastAsia="Times New Roman" w:hAnsi="Times New Roman"/>
          <w:color w:val="000000"/>
          <w:spacing w:val="6"/>
          <w:sz w:val="14"/>
        </w:rPr>
        <w:t xml:space="preserve"> </w:t>
      </w:r>
      <w:r>
        <w:rPr>
          <w:rFonts w:ascii="Arial" w:eastAsia="Arial" w:hAnsi="Arial"/>
          <w:color w:val="000000"/>
          <w:w w:val="99"/>
          <w:sz w:val="14"/>
        </w:rPr>
        <w:t>of</w:t>
      </w:r>
      <w:r>
        <w:rPr>
          <w:rFonts w:ascii="Times New Roman" w:eastAsia="Times New Roman" w:hAnsi="Times New Roman"/>
          <w:color w:val="000000"/>
          <w:spacing w:val="6"/>
          <w:sz w:val="14"/>
        </w:rPr>
        <w:t xml:space="preserve"> </w:t>
      </w:r>
      <w:r>
        <w:rPr>
          <w:rFonts w:ascii="Arial" w:eastAsia="Arial" w:hAnsi="Arial"/>
          <w:color w:val="000000"/>
          <w:spacing w:val="-1"/>
          <w:sz w:val="14"/>
        </w:rPr>
        <w:t>2</w:t>
      </w:r>
    </w:p>
    <w:sectPr w:rsidR="0006036C" w:rsidSect="00034616">
      <w:type w:val="nextColumn"/>
      <w:pgSz w:w="11900" w:h="16840"/>
      <w:pgMar w:top="432" w:right="1324" w:bottom="377" w:left="1371" w:header="720" w:footer="720" w:gutter="0"/>
      <w:cols w:num="2" w:space="720" w:equalWidth="0">
        <w:col w:w="5882" w:space="0"/>
        <w:col w:w="3323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TT41o00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4Fo00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55775966">
    <w:abstractNumId w:val="8"/>
  </w:num>
  <w:num w:numId="2" w16cid:durableId="1413619415">
    <w:abstractNumId w:val="6"/>
  </w:num>
  <w:num w:numId="3" w16cid:durableId="960654012">
    <w:abstractNumId w:val="5"/>
  </w:num>
  <w:num w:numId="4" w16cid:durableId="1030909665">
    <w:abstractNumId w:val="4"/>
  </w:num>
  <w:num w:numId="5" w16cid:durableId="1284649215">
    <w:abstractNumId w:val="7"/>
  </w:num>
  <w:num w:numId="6" w16cid:durableId="1343243722">
    <w:abstractNumId w:val="3"/>
  </w:num>
  <w:num w:numId="7" w16cid:durableId="312489999">
    <w:abstractNumId w:val="2"/>
  </w:num>
  <w:num w:numId="8" w16cid:durableId="1012103719">
    <w:abstractNumId w:val="1"/>
  </w:num>
  <w:num w:numId="9" w16cid:durableId="906643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TrueTypeFonts/>
  <w:saveSubsetFonts/>
  <w:proofState w:spelling="clean" w:grammar="clean"/>
  <w:defaultTabStop w:val="720"/>
  <w:noPunctuationKerning/>
  <w:characterSpacingControl w:val="compressPunctuationAndJapaneseKana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36C"/>
    <w:rsid w:val="0006063C"/>
    <w:rsid w:val="000D5F9C"/>
    <w:rsid w:val="0015074B"/>
    <w:rsid w:val="00281835"/>
    <w:rsid w:val="0029639D"/>
    <w:rsid w:val="002C4D11"/>
    <w:rsid w:val="002D6CAB"/>
    <w:rsid w:val="00326F90"/>
    <w:rsid w:val="00357FA3"/>
    <w:rsid w:val="003A1DB7"/>
    <w:rsid w:val="003D70EF"/>
    <w:rsid w:val="006366D9"/>
    <w:rsid w:val="006E1342"/>
    <w:rsid w:val="008A238B"/>
    <w:rsid w:val="00AA1D8D"/>
    <w:rsid w:val="00B47730"/>
    <w:rsid w:val="00C52B7B"/>
    <w:rsid w:val="00CB0664"/>
    <w:rsid w:val="00DD2DB2"/>
    <w:rsid w:val="00F44F3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988B2E"/>
  <w14:defaultImageDpi w14:val="300"/>
  <w15:docId w15:val="{38FF7A93-F7AD-4318-91D0-E9AB0724B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LightPDF</Company>
  <LinksUpToDate>false</LinksUpToDate>
  <CharactersWithSpaces>3831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LightPDF</dc:creator>
  <cp:keywords/>
  <dc:description>generated by LightPDF 20230830</dc:description>
  <cp:lastModifiedBy>Voon Boon Ting</cp:lastModifiedBy>
  <cp:revision>13</cp:revision>
  <cp:lastPrinted>2024-05-15T09:33:00Z</cp:lastPrinted>
  <dcterms:created xsi:type="dcterms:W3CDTF">2024-05-15T08:02:00Z</dcterms:created>
  <dcterms:modified xsi:type="dcterms:W3CDTF">2024-05-15T09:33:00Z</dcterms:modified>
  <cp:category/>
</cp:coreProperties>
</file>